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06169" w14:textId="77777777" w:rsidR="00DE026F" w:rsidRDefault="00BC3E21">
      <w:pPr>
        <w:pStyle w:val="aa"/>
      </w:pPr>
      <w:r>
        <w:t>社会福祉法人</w:t>
      </w:r>
      <w:r>
        <w:t xml:space="preserve"> </w:t>
      </w:r>
      <w:r>
        <w:t>慈雲会</w:t>
      </w:r>
      <w:r>
        <w:br/>
      </w:r>
      <w:r>
        <w:t>介護福祉施設</w:t>
      </w:r>
      <w:r>
        <w:t xml:space="preserve"> </w:t>
      </w:r>
      <w:r>
        <w:t>必須マニュアル集（詳細版・様式付）</w:t>
      </w:r>
    </w:p>
    <w:p w14:paraId="22F5D3BC" w14:textId="77777777" w:rsidR="00DE026F" w:rsidRDefault="00BC3E21">
      <w:r>
        <w:t>本書は、社会福祉法人慈雲会における必須マニュアルを網羅し、各種法令・厚生労働省通知・自治体指導要領に基づき作成したものです。</w:t>
      </w:r>
      <w:r>
        <w:br/>
      </w:r>
      <w:r>
        <w:t>監査・第三者評価・職員研修等に活用することを目的とします。</w:t>
      </w:r>
    </w:p>
    <w:p w14:paraId="4BC89DED" w14:textId="77777777" w:rsidR="00DE026F" w:rsidRDefault="00BC3E21">
      <w:r>
        <w:br w:type="page"/>
      </w:r>
    </w:p>
    <w:p w14:paraId="6A5F63A3" w14:textId="77777777" w:rsidR="00DE026F" w:rsidRDefault="00BC3E21">
      <w:pPr>
        <w:pStyle w:val="1"/>
      </w:pPr>
      <w:r>
        <w:lastRenderedPageBreak/>
        <w:t>感染症対策マニュアル</w:t>
      </w:r>
    </w:p>
    <w:p w14:paraId="687E5C8C" w14:textId="77777777" w:rsidR="00DE026F" w:rsidRDefault="00BC3E21">
      <w:r>
        <w:t>【目的】利用者・職員を感染症から守る。</w:t>
      </w:r>
    </w:p>
    <w:p w14:paraId="52B15C1F" w14:textId="77777777" w:rsidR="00DE026F" w:rsidRDefault="00BC3E21">
      <w:r>
        <w:t>【予防計画】日常的な手洗い・消毒・換気、健康チェック、研修実施。</w:t>
      </w:r>
    </w:p>
    <w:p w14:paraId="7927F55D" w14:textId="77777777" w:rsidR="00DE026F" w:rsidRDefault="00BC3E21">
      <w:r>
        <w:t>【発生時フロー】発見</w:t>
      </w:r>
      <w:r>
        <w:t>→</w:t>
      </w:r>
      <w:r>
        <w:t>隔離</w:t>
      </w:r>
      <w:r>
        <w:t>→</w:t>
      </w:r>
      <w:r>
        <w:t>保健所連絡</w:t>
      </w:r>
      <w:r>
        <w:t>→</w:t>
      </w:r>
      <w:r>
        <w:t>消毒・ゾーニング</w:t>
      </w:r>
      <w:r>
        <w:t>→</w:t>
      </w:r>
      <w:r>
        <w:t>記録・検証。</w:t>
      </w:r>
    </w:p>
    <w:p w14:paraId="0CFCE467" w14:textId="77777777" w:rsidR="00DE026F" w:rsidRDefault="00BC3E21">
      <w:pPr>
        <w:pStyle w:val="21"/>
      </w:pPr>
      <w:r>
        <w:t>感染症発生報告書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DE026F" w14:paraId="35C03E58" w14:textId="77777777">
        <w:tc>
          <w:tcPr>
            <w:tcW w:w="1080" w:type="dxa"/>
          </w:tcPr>
          <w:p w14:paraId="5CD30162" w14:textId="77777777" w:rsidR="00DE026F" w:rsidRDefault="00BC3E21">
            <w:r>
              <w:t>発生日</w:t>
            </w:r>
          </w:p>
        </w:tc>
        <w:tc>
          <w:tcPr>
            <w:tcW w:w="1080" w:type="dxa"/>
          </w:tcPr>
          <w:p w14:paraId="25E8EEC2" w14:textId="77777777" w:rsidR="00DE026F" w:rsidRDefault="00BC3E21">
            <w:r>
              <w:t>感染症名</w:t>
            </w:r>
          </w:p>
        </w:tc>
        <w:tc>
          <w:tcPr>
            <w:tcW w:w="1080" w:type="dxa"/>
          </w:tcPr>
          <w:p w14:paraId="741C605D" w14:textId="77777777" w:rsidR="00DE026F" w:rsidRDefault="00BC3E21">
            <w:r>
              <w:t>発生場所</w:t>
            </w:r>
          </w:p>
        </w:tc>
        <w:tc>
          <w:tcPr>
            <w:tcW w:w="1080" w:type="dxa"/>
          </w:tcPr>
          <w:p w14:paraId="7FA9D275" w14:textId="77777777" w:rsidR="00DE026F" w:rsidRDefault="00BC3E21">
            <w:r>
              <w:t>発症者数</w:t>
            </w:r>
          </w:p>
        </w:tc>
        <w:tc>
          <w:tcPr>
            <w:tcW w:w="1080" w:type="dxa"/>
          </w:tcPr>
          <w:p w14:paraId="30FBCA51" w14:textId="77777777" w:rsidR="00DE026F" w:rsidRDefault="00BC3E21">
            <w:r>
              <w:t>初発事例</w:t>
            </w:r>
          </w:p>
        </w:tc>
        <w:tc>
          <w:tcPr>
            <w:tcW w:w="1080" w:type="dxa"/>
          </w:tcPr>
          <w:p w14:paraId="468D49FC" w14:textId="77777777" w:rsidR="00DE026F" w:rsidRDefault="00BC3E21">
            <w:r>
              <w:t>施設対応</w:t>
            </w:r>
          </w:p>
        </w:tc>
        <w:tc>
          <w:tcPr>
            <w:tcW w:w="1080" w:type="dxa"/>
          </w:tcPr>
          <w:p w14:paraId="355C2A1B" w14:textId="77777777" w:rsidR="00DE026F" w:rsidRDefault="00BC3E21">
            <w:r>
              <w:t>保健所報告</w:t>
            </w:r>
          </w:p>
        </w:tc>
        <w:tc>
          <w:tcPr>
            <w:tcW w:w="1080" w:type="dxa"/>
          </w:tcPr>
          <w:p w14:paraId="2BC81451" w14:textId="77777777" w:rsidR="00DE026F" w:rsidRDefault="00BC3E21">
            <w:r>
              <w:t>担当者</w:t>
            </w:r>
          </w:p>
        </w:tc>
      </w:tr>
      <w:tr w:rsidR="00DE026F" w14:paraId="02314C36" w14:textId="77777777">
        <w:tc>
          <w:tcPr>
            <w:tcW w:w="1080" w:type="dxa"/>
          </w:tcPr>
          <w:p w14:paraId="2B24846C" w14:textId="77777777" w:rsidR="00DE026F" w:rsidRDefault="00DE026F"/>
        </w:tc>
        <w:tc>
          <w:tcPr>
            <w:tcW w:w="1080" w:type="dxa"/>
          </w:tcPr>
          <w:p w14:paraId="32F8DD88" w14:textId="77777777" w:rsidR="00DE026F" w:rsidRDefault="00DE026F"/>
        </w:tc>
        <w:tc>
          <w:tcPr>
            <w:tcW w:w="1080" w:type="dxa"/>
          </w:tcPr>
          <w:p w14:paraId="10576A06" w14:textId="77777777" w:rsidR="00DE026F" w:rsidRDefault="00DE026F"/>
        </w:tc>
        <w:tc>
          <w:tcPr>
            <w:tcW w:w="1080" w:type="dxa"/>
          </w:tcPr>
          <w:p w14:paraId="048B23D4" w14:textId="77777777" w:rsidR="00DE026F" w:rsidRDefault="00DE026F"/>
        </w:tc>
        <w:tc>
          <w:tcPr>
            <w:tcW w:w="1080" w:type="dxa"/>
          </w:tcPr>
          <w:p w14:paraId="68EA1F9B" w14:textId="77777777" w:rsidR="00DE026F" w:rsidRDefault="00DE026F"/>
        </w:tc>
        <w:tc>
          <w:tcPr>
            <w:tcW w:w="1080" w:type="dxa"/>
          </w:tcPr>
          <w:p w14:paraId="78CB61DC" w14:textId="77777777" w:rsidR="00DE026F" w:rsidRDefault="00DE026F"/>
        </w:tc>
        <w:tc>
          <w:tcPr>
            <w:tcW w:w="1080" w:type="dxa"/>
          </w:tcPr>
          <w:p w14:paraId="2D762BFC" w14:textId="77777777" w:rsidR="00DE026F" w:rsidRDefault="00DE026F"/>
        </w:tc>
        <w:tc>
          <w:tcPr>
            <w:tcW w:w="1080" w:type="dxa"/>
          </w:tcPr>
          <w:p w14:paraId="29822E27" w14:textId="77777777" w:rsidR="00DE026F" w:rsidRDefault="00DE026F"/>
        </w:tc>
      </w:tr>
      <w:tr w:rsidR="00DE026F" w14:paraId="23EE68B2" w14:textId="77777777">
        <w:tc>
          <w:tcPr>
            <w:tcW w:w="1080" w:type="dxa"/>
          </w:tcPr>
          <w:p w14:paraId="38457661" w14:textId="77777777" w:rsidR="00DE026F" w:rsidRDefault="00DE026F"/>
        </w:tc>
        <w:tc>
          <w:tcPr>
            <w:tcW w:w="1080" w:type="dxa"/>
          </w:tcPr>
          <w:p w14:paraId="5BDB3B02" w14:textId="77777777" w:rsidR="00DE026F" w:rsidRDefault="00DE026F"/>
        </w:tc>
        <w:tc>
          <w:tcPr>
            <w:tcW w:w="1080" w:type="dxa"/>
          </w:tcPr>
          <w:p w14:paraId="0473AF6B" w14:textId="77777777" w:rsidR="00DE026F" w:rsidRDefault="00DE026F"/>
        </w:tc>
        <w:tc>
          <w:tcPr>
            <w:tcW w:w="1080" w:type="dxa"/>
          </w:tcPr>
          <w:p w14:paraId="651D60BA" w14:textId="77777777" w:rsidR="00DE026F" w:rsidRDefault="00DE026F"/>
        </w:tc>
        <w:tc>
          <w:tcPr>
            <w:tcW w:w="1080" w:type="dxa"/>
          </w:tcPr>
          <w:p w14:paraId="3314BD00" w14:textId="77777777" w:rsidR="00DE026F" w:rsidRDefault="00DE026F"/>
        </w:tc>
        <w:tc>
          <w:tcPr>
            <w:tcW w:w="1080" w:type="dxa"/>
          </w:tcPr>
          <w:p w14:paraId="3DA38563" w14:textId="77777777" w:rsidR="00DE026F" w:rsidRDefault="00DE026F"/>
        </w:tc>
        <w:tc>
          <w:tcPr>
            <w:tcW w:w="1080" w:type="dxa"/>
          </w:tcPr>
          <w:p w14:paraId="4540FF61" w14:textId="77777777" w:rsidR="00DE026F" w:rsidRDefault="00DE026F"/>
        </w:tc>
        <w:tc>
          <w:tcPr>
            <w:tcW w:w="1080" w:type="dxa"/>
          </w:tcPr>
          <w:p w14:paraId="699212F6" w14:textId="77777777" w:rsidR="00DE026F" w:rsidRDefault="00DE026F"/>
        </w:tc>
      </w:tr>
      <w:tr w:rsidR="00DE026F" w14:paraId="03AC9240" w14:textId="77777777">
        <w:tc>
          <w:tcPr>
            <w:tcW w:w="1080" w:type="dxa"/>
          </w:tcPr>
          <w:p w14:paraId="0C333BC6" w14:textId="77777777" w:rsidR="00DE026F" w:rsidRDefault="00DE026F"/>
        </w:tc>
        <w:tc>
          <w:tcPr>
            <w:tcW w:w="1080" w:type="dxa"/>
          </w:tcPr>
          <w:p w14:paraId="2488DCDE" w14:textId="77777777" w:rsidR="00DE026F" w:rsidRDefault="00DE026F"/>
        </w:tc>
        <w:tc>
          <w:tcPr>
            <w:tcW w:w="1080" w:type="dxa"/>
          </w:tcPr>
          <w:p w14:paraId="318E047F" w14:textId="77777777" w:rsidR="00DE026F" w:rsidRDefault="00DE026F"/>
        </w:tc>
        <w:tc>
          <w:tcPr>
            <w:tcW w:w="1080" w:type="dxa"/>
          </w:tcPr>
          <w:p w14:paraId="304F396E" w14:textId="77777777" w:rsidR="00DE026F" w:rsidRDefault="00DE026F"/>
        </w:tc>
        <w:tc>
          <w:tcPr>
            <w:tcW w:w="1080" w:type="dxa"/>
          </w:tcPr>
          <w:p w14:paraId="6A5AFAC3" w14:textId="77777777" w:rsidR="00DE026F" w:rsidRDefault="00DE026F"/>
        </w:tc>
        <w:tc>
          <w:tcPr>
            <w:tcW w:w="1080" w:type="dxa"/>
          </w:tcPr>
          <w:p w14:paraId="3F5307D2" w14:textId="77777777" w:rsidR="00DE026F" w:rsidRDefault="00DE026F"/>
        </w:tc>
        <w:tc>
          <w:tcPr>
            <w:tcW w:w="1080" w:type="dxa"/>
          </w:tcPr>
          <w:p w14:paraId="6F5FDC3A" w14:textId="77777777" w:rsidR="00DE026F" w:rsidRDefault="00DE026F"/>
        </w:tc>
        <w:tc>
          <w:tcPr>
            <w:tcW w:w="1080" w:type="dxa"/>
          </w:tcPr>
          <w:p w14:paraId="4B908E36" w14:textId="77777777" w:rsidR="00DE026F" w:rsidRDefault="00DE026F"/>
        </w:tc>
      </w:tr>
    </w:tbl>
    <w:p w14:paraId="0E73528E" w14:textId="77777777" w:rsidR="00DE026F" w:rsidRDefault="00BC3E21">
      <w:pPr>
        <w:pStyle w:val="21"/>
      </w:pPr>
      <w:r>
        <w:t>感染症終息報告書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DE026F" w14:paraId="43A149E9" w14:textId="77777777">
        <w:tc>
          <w:tcPr>
            <w:tcW w:w="1080" w:type="dxa"/>
          </w:tcPr>
          <w:p w14:paraId="7932D8FD" w14:textId="77777777" w:rsidR="00DE026F" w:rsidRDefault="00BC3E21">
            <w:r>
              <w:t>終息日</w:t>
            </w:r>
          </w:p>
        </w:tc>
        <w:tc>
          <w:tcPr>
            <w:tcW w:w="1080" w:type="dxa"/>
          </w:tcPr>
          <w:p w14:paraId="2EBB6616" w14:textId="77777777" w:rsidR="00DE026F" w:rsidRDefault="00BC3E21">
            <w:r>
              <w:t>感染症名</w:t>
            </w:r>
          </w:p>
        </w:tc>
        <w:tc>
          <w:tcPr>
            <w:tcW w:w="1080" w:type="dxa"/>
          </w:tcPr>
          <w:p w14:paraId="66481D5A" w14:textId="77777777" w:rsidR="00DE026F" w:rsidRDefault="00BC3E21">
            <w:r>
              <w:t>発症期間</w:t>
            </w:r>
          </w:p>
        </w:tc>
        <w:tc>
          <w:tcPr>
            <w:tcW w:w="1080" w:type="dxa"/>
          </w:tcPr>
          <w:p w14:paraId="779AEAD8" w14:textId="77777777" w:rsidR="00DE026F" w:rsidRDefault="00BC3E21">
            <w:r>
              <w:t>総発症者数</w:t>
            </w:r>
          </w:p>
        </w:tc>
        <w:tc>
          <w:tcPr>
            <w:tcW w:w="1080" w:type="dxa"/>
          </w:tcPr>
          <w:p w14:paraId="0D3068EB" w14:textId="77777777" w:rsidR="00DE026F" w:rsidRDefault="00BC3E21">
            <w:r>
              <w:t>実施対策</w:t>
            </w:r>
          </w:p>
        </w:tc>
        <w:tc>
          <w:tcPr>
            <w:tcW w:w="1080" w:type="dxa"/>
          </w:tcPr>
          <w:p w14:paraId="1535AA02" w14:textId="77777777" w:rsidR="00DE026F" w:rsidRDefault="00BC3E21">
            <w:r>
              <w:t>効果のあった対策</w:t>
            </w:r>
          </w:p>
        </w:tc>
        <w:tc>
          <w:tcPr>
            <w:tcW w:w="1080" w:type="dxa"/>
          </w:tcPr>
          <w:p w14:paraId="46C7CFC4" w14:textId="77777777" w:rsidR="00DE026F" w:rsidRDefault="00BC3E21">
            <w:r>
              <w:t>課題・再発防止策</w:t>
            </w:r>
          </w:p>
        </w:tc>
        <w:tc>
          <w:tcPr>
            <w:tcW w:w="1080" w:type="dxa"/>
          </w:tcPr>
          <w:p w14:paraId="7A7A5F27" w14:textId="77777777" w:rsidR="00DE026F" w:rsidRDefault="00BC3E21">
            <w:r>
              <w:t>担当者</w:t>
            </w:r>
          </w:p>
        </w:tc>
      </w:tr>
      <w:tr w:rsidR="00DE026F" w14:paraId="2B2A0AE4" w14:textId="77777777">
        <w:tc>
          <w:tcPr>
            <w:tcW w:w="1080" w:type="dxa"/>
          </w:tcPr>
          <w:p w14:paraId="1D9D5B78" w14:textId="77777777" w:rsidR="00DE026F" w:rsidRDefault="00DE026F"/>
        </w:tc>
        <w:tc>
          <w:tcPr>
            <w:tcW w:w="1080" w:type="dxa"/>
          </w:tcPr>
          <w:p w14:paraId="38CACCAE" w14:textId="77777777" w:rsidR="00DE026F" w:rsidRDefault="00DE026F"/>
        </w:tc>
        <w:tc>
          <w:tcPr>
            <w:tcW w:w="1080" w:type="dxa"/>
          </w:tcPr>
          <w:p w14:paraId="571B10FE" w14:textId="77777777" w:rsidR="00DE026F" w:rsidRDefault="00DE026F"/>
        </w:tc>
        <w:tc>
          <w:tcPr>
            <w:tcW w:w="1080" w:type="dxa"/>
          </w:tcPr>
          <w:p w14:paraId="4467BBB0" w14:textId="77777777" w:rsidR="00DE026F" w:rsidRDefault="00DE026F"/>
        </w:tc>
        <w:tc>
          <w:tcPr>
            <w:tcW w:w="1080" w:type="dxa"/>
          </w:tcPr>
          <w:p w14:paraId="5A98197D" w14:textId="77777777" w:rsidR="00DE026F" w:rsidRDefault="00DE026F"/>
        </w:tc>
        <w:tc>
          <w:tcPr>
            <w:tcW w:w="1080" w:type="dxa"/>
          </w:tcPr>
          <w:p w14:paraId="1816C65A" w14:textId="77777777" w:rsidR="00DE026F" w:rsidRDefault="00DE026F"/>
        </w:tc>
        <w:tc>
          <w:tcPr>
            <w:tcW w:w="1080" w:type="dxa"/>
          </w:tcPr>
          <w:p w14:paraId="3CC41A6D" w14:textId="77777777" w:rsidR="00DE026F" w:rsidRDefault="00DE026F"/>
        </w:tc>
        <w:tc>
          <w:tcPr>
            <w:tcW w:w="1080" w:type="dxa"/>
          </w:tcPr>
          <w:p w14:paraId="4A36961F" w14:textId="77777777" w:rsidR="00DE026F" w:rsidRDefault="00DE026F"/>
        </w:tc>
      </w:tr>
      <w:tr w:rsidR="00DE026F" w14:paraId="737F51D8" w14:textId="77777777">
        <w:tc>
          <w:tcPr>
            <w:tcW w:w="1080" w:type="dxa"/>
          </w:tcPr>
          <w:p w14:paraId="06F08853" w14:textId="77777777" w:rsidR="00DE026F" w:rsidRDefault="00DE026F"/>
        </w:tc>
        <w:tc>
          <w:tcPr>
            <w:tcW w:w="1080" w:type="dxa"/>
          </w:tcPr>
          <w:p w14:paraId="54AA942B" w14:textId="77777777" w:rsidR="00DE026F" w:rsidRDefault="00DE026F"/>
        </w:tc>
        <w:tc>
          <w:tcPr>
            <w:tcW w:w="1080" w:type="dxa"/>
          </w:tcPr>
          <w:p w14:paraId="2F03226B" w14:textId="77777777" w:rsidR="00DE026F" w:rsidRDefault="00DE026F"/>
        </w:tc>
        <w:tc>
          <w:tcPr>
            <w:tcW w:w="1080" w:type="dxa"/>
          </w:tcPr>
          <w:p w14:paraId="264C32D2" w14:textId="77777777" w:rsidR="00DE026F" w:rsidRDefault="00DE026F"/>
        </w:tc>
        <w:tc>
          <w:tcPr>
            <w:tcW w:w="1080" w:type="dxa"/>
          </w:tcPr>
          <w:p w14:paraId="544674DC" w14:textId="77777777" w:rsidR="00DE026F" w:rsidRDefault="00DE026F"/>
        </w:tc>
        <w:tc>
          <w:tcPr>
            <w:tcW w:w="1080" w:type="dxa"/>
          </w:tcPr>
          <w:p w14:paraId="2DFDFC35" w14:textId="77777777" w:rsidR="00DE026F" w:rsidRDefault="00DE026F"/>
        </w:tc>
        <w:tc>
          <w:tcPr>
            <w:tcW w:w="1080" w:type="dxa"/>
          </w:tcPr>
          <w:p w14:paraId="03C14065" w14:textId="77777777" w:rsidR="00DE026F" w:rsidRDefault="00DE026F"/>
        </w:tc>
        <w:tc>
          <w:tcPr>
            <w:tcW w:w="1080" w:type="dxa"/>
          </w:tcPr>
          <w:p w14:paraId="27D00C94" w14:textId="77777777" w:rsidR="00DE026F" w:rsidRDefault="00DE026F"/>
        </w:tc>
      </w:tr>
      <w:tr w:rsidR="00DE026F" w14:paraId="49071FC4" w14:textId="77777777">
        <w:tc>
          <w:tcPr>
            <w:tcW w:w="1080" w:type="dxa"/>
          </w:tcPr>
          <w:p w14:paraId="7673C1A1" w14:textId="77777777" w:rsidR="00DE026F" w:rsidRDefault="00DE026F"/>
        </w:tc>
        <w:tc>
          <w:tcPr>
            <w:tcW w:w="1080" w:type="dxa"/>
          </w:tcPr>
          <w:p w14:paraId="51D8288F" w14:textId="77777777" w:rsidR="00DE026F" w:rsidRDefault="00DE026F"/>
        </w:tc>
        <w:tc>
          <w:tcPr>
            <w:tcW w:w="1080" w:type="dxa"/>
          </w:tcPr>
          <w:p w14:paraId="6C98E584" w14:textId="77777777" w:rsidR="00DE026F" w:rsidRDefault="00DE026F"/>
        </w:tc>
        <w:tc>
          <w:tcPr>
            <w:tcW w:w="1080" w:type="dxa"/>
          </w:tcPr>
          <w:p w14:paraId="40A9E48D" w14:textId="77777777" w:rsidR="00DE026F" w:rsidRDefault="00DE026F"/>
        </w:tc>
        <w:tc>
          <w:tcPr>
            <w:tcW w:w="1080" w:type="dxa"/>
          </w:tcPr>
          <w:p w14:paraId="50B1C8C4" w14:textId="77777777" w:rsidR="00DE026F" w:rsidRDefault="00DE026F"/>
        </w:tc>
        <w:tc>
          <w:tcPr>
            <w:tcW w:w="1080" w:type="dxa"/>
          </w:tcPr>
          <w:p w14:paraId="4F6FF559" w14:textId="77777777" w:rsidR="00DE026F" w:rsidRDefault="00DE026F"/>
        </w:tc>
        <w:tc>
          <w:tcPr>
            <w:tcW w:w="1080" w:type="dxa"/>
          </w:tcPr>
          <w:p w14:paraId="152431A0" w14:textId="77777777" w:rsidR="00DE026F" w:rsidRDefault="00DE026F"/>
        </w:tc>
        <w:tc>
          <w:tcPr>
            <w:tcW w:w="1080" w:type="dxa"/>
          </w:tcPr>
          <w:p w14:paraId="289075E2" w14:textId="77777777" w:rsidR="00DE026F" w:rsidRDefault="00DE026F"/>
        </w:tc>
      </w:tr>
    </w:tbl>
    <w:p w14:paraId="315A72AD" w14:textId="77777777" w:rsidR="00DE026F" w:rsidRDefault="00BC3E21">
      <w:r>
        <w:br w:type="page"/>
      </w:r>
    </w:p>
    <w:p w14:paraId="75EE33D5" w14:textId="77777777" w:rsidR="00DE026F" w:rsidRDefault="00BC3E21">
      <w:pPr>
        <w:pStyle w:val="1"/>
      </w:pPr>
      <w:r>
        <w:lastRenderedPageBreak/>
        <w:t>食中毒発生時対応マニュアル</w:t>
      </w:r>
    </w:p>
    <w:p w14:paraId="4E475C2D" w14:textId="77777777" w:rsidR="00DE026F" w:rsidRDefault="00BC3E21">
      <w:r>
        <w:t>【目的】食中毒の予防と迅速対応。</w:t>
      </w:r>
    </w:p>
    <w:p w14:paraId="22A81679" w14:textId="77777777" w:rsidR="00DE026F" w:rsidRDefault="00BC3E21">
      <w:r>
        <w:t>【予防策】食品温度管理・従事者検便・厨房衛生。</w:t>
      </w:r>
    </w:p>
    <w:p w14:paraId="2572D78E" w14:textId="77777777" w:rsidR="00DE026F" w:rsidRDefault="00BC3E21">
      <w:r>
        <w:t>【発生時フロー】症状確認</w:t>
      </w:r>
      <w:r>
        <w:t>→</w:t>
      </w:r>
      <w:r>
        <w:t>給食停止</w:t>
      </w:r>
      <w:r>
        <w:t>→</w:t>
      </w:r>
      <w:r>
        <w:t>保健所連絡</w:t>
      </w:r>
      <w:r>
        <w:t>→</w:t>
      </w:r>
      <w:r>
        <w:t>原因食品隔離</w:t>
      </w:r>
      <w:r>
        <w:t>→</w:t>
      </w:r>
      <w:r>
        <w:t>調査。</w:t>
      </w:r>
    </w:p>
    <w:p w14:paraId="41C433E2" w14:textId="77777777" w:rsidR="00DE026F" w:rsidRDefault="00BC3E21">
      <w:pPr>
        <w:pStyle w:val="21"/>
      </w:pPr>
      <w:r>
        <w:t>食中毒発生報告書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DE026F" w14:paraId="463916C3" w14:textId="77777777">
        <w:tc>
          <w:tcPr>
            <w:tcW w:w="1234" w:type="dxa"/>
          </w:tcPr>
          <w:p w14:paraId="1F074204" w14:textId="77777777" w:rsidR="00DE026F" w:rsidRDefault="00BC3E21">
            <w:r>
              <w:t>発生日</w:t>
            </w:r>
          </w:p>
        </w:tc>
        <w:tc>
          <w:tcPr>
            <w:tcW w:w="1234" w:type="dxa"/>
          </w:tcPr>
          <w:p w14:paraId="747C4FEB" w14:textId="77777777" w:rsidR="00DE026F" w:rsidRDefault="00BC3E21">
            <w:r>
              <w:t>原因食品</w:t>
            </w:r>
          </w:p>
        </w:tc>
        <w:tc>
          <w:tcPr>
            <w:tcW w:w="1234" w:type="dxa"/>
          </w:tcPr>
          <w:p w14:paraId="6012DA9D" w14:textId="77777777" w:rsidR="00DE026F" w:rsidRDefault="00BC3E21">
            <w:r>
              <w:t>発症者数</w:t>
            </w:r>
          </w:p>
        </w:tc>
        <w:tc>
          <w:tcPr>
            <w:tcW w:w="1234" w:type="dxa"/>
          </w:tcPr>
          <w:p w14:paraId="4E5996C5" w14:textId="77777777" w:rsidR="00DE026F" w:rsidRDefault="00BC3E21">
            <w:r>
              <w:t>症状</w:t>
            </w:r>
          </w:p>
        </w:tc>
        <w:tc>
          <w:tcPr>
            <w:tcW w:w="1234" w:type="dxa"/>
          </w:tcPr>
          <w:p w14:paraId="5DF9E652" w14:textId="77777777" w:rsidR="00DE026F" w:rsidRDefault="00BC3E21">
            <w:r>
              <w:t>初期対応</w:t>
            </w:r>
          </w:p>
        </w:tc>
        <w:tc>
          <w:tcPr>
            <w:tcW w:w="1234" w:type="dxa"/>
          </w:tcPr>
          <w:p w14:paraId="5705C110" w14:textId="77777777" w:rsidR="00DE026F" w:rsidRDefault="00BC3E21">
            <w:r>
              <w:t>保健所報告</w:t>
            </w:r>
          </w:p>
        </w:tc>
        <w:tc>
          <w:tcPr>
            <w:tcW w:w="1234" w:type="dxa"/>
          </w:tcPr>
          <w:p w14:paraId="12CC6486" w14:textId="77777777" w:rsidR="00DE026F" w:rsidRDefault="00BC3E21">
            <w:r>
              <w:t>担当者</w:t>
            </w:r>
          </w:p>
        </w:tc>
      </w:tr>
      <w:tr w:rsidR="00DE026F" w14:paraId="0111523C" w14:textId="77777777">
        <w:tc>
          <w:tcPr>
            <w:tcW w:w="1234" w:type="dxa"/>
          </w:tcPr>
          <w:p w14:paraId="172B0584" w14:textId="77777777" w:rsidR="00DE026F" w:rsidRDefault="00DE026F"/>
        </w:tc>
        <w:tc>
          <w:tcPr>
            <w:tcW w:w="1234" w:type="dxa"/>
          </w:tcPr>
          <w:p w14:paraId="687F6826" w14:textId="77777777" w:rsidR="00DE026F" w:rsidRDefault="00DE026F"/>
        </w:tc>
        <w:tc>
          <w:tcPr>
            <w:tcW w:w="1234" w:type="dxa"/>
          </w:tcPr>
          <w:p w14:paraId="7ACB79C7" w14:textId="77777777" w:rsidR="00DE026F" w:rsidRDefault="00DE026F"/>
        </w:tc>
        <w:tc>
          <w:tcPr>
            <w:tcW w:w="1234" w:type="dxa"/>
          </w:tcPr>
          <w:p w14:paraId="6B0BD0C9" w14:textId="77777777" w:rsidR="00DE026F" w:rsidRDefault="00DE026F"/>
        </w:tc>
        <w:tc>
          <w:tcPr>
            <w:tcW w:w="1234" w:type="dxa"/>
          </w:tcPr>
          <w:p w14:paraId="3F5594D9" w14:textId="77777777" w:rsidR="00DE026F" w:rsidRDefault="00DE026F"/>
        </w:tc>
        <w:tc>
          <w:tcPr>
            <w:tcW w:w="1234" w:type="dxa"/>
          </w:tcPr>
          <w:p w14:paraId="513C1CFA" w14:textId="77777777" w:rsidR="00DE026F" w:rsidRDefault="00DE026F"/>
        </w:tc>
        <w:tc>
          <w:tcPr>
            <w:tcW w:w="1234" w:type="dxa"/>
          </w:tcPr>
          <w:p w14:paraId="0A307BFD" w14:textId="77777777" w:rsidR="00DE026F" w:rsidRDefault="00DE026F"/>
        </w:tc>
      </w:tr>
      <w:tr w:rsidR="00DE026F" w14:paraId="1D78AD3E" w14:textId="77777777">
        <w:tc>
          <w:tcPr>
            <w:tcW w:w="1234" w:type="dxa"/>
          </w:tcPr>
          <w:p w14:paraId="108C798D" w14:textId="77777777" w:rsidR="00DE026F" w:rsidRDefault="00DE026F"/>
        </w:tc>
        <w:tc>
          <w:tcPr>
            <w:tcW w:w="1234" w:type="dxa"/>
          </w:tcPr>
          <w:p w14:paraId="781FE113" w14:textId="77777777" w:rsidR="00DE026F" w:rsidRDefault="00DE026F"/>
        </w:tc>
        <w:tc>
          <w:tcPr>
            <w:tcW w:w="1234" w:type="dxa"/>
          </w:tcPr>
          <w:p w14:paraId="7A0A8CD9" w14:textId="77777777" w:rsidR="00DE026F" w:rsidRDefault="00DE026F"/>
        </w:tc>
        <w:tc>
          <w:tcPr>
            <w:tcW w:w="1234" w:type="dxa"/>
          </w:tcPr>
          <w:p w14:paraId="01CA5B7E" w14:textId="77777777" w:rsidR="00DE026F" w:rsidRDefault="00DE026F"/>
        </w:tc>
        <w:tc>
          <w:tcPr>
            <w:tcW w:w="1234" w:type="dxa"/>
          </w:tcPr>
          <w:p w14:paraId="4B24B196" w14:textId="77777777" w:rsidR="00DE026F" w:rsidRDefault="00DE026F"/>
        </w:tc>
        <w:tc>
          <w:tcPr>
            <w:tcW w:w="1234" w:type="dxa"/>
          </w:tcPr>
          <w:p w14:paraId="59BDA5E7" w14:textId="77777777" w:rsidR="00DE026F" w:rsidRDefault="00DE026F"/>
        </w:tc>
        <w:tc>
          <w:tcPr>
            <w:tcW w:w="1234" w:type="dxa"/>
          </w:tcPr>
          <w:p w14:paraId="5B927AAA" w14:textId="77777777" w:rsidR="00DE026F" w:rsidRDefault="00DE026F"/>
        </w:tc>
      </w:tr>
      <w:tr w:rsidR="00DE026F" w14:paraId="10DB70E6" w14:textId="77777777">
        <w:tc>
          <w:tcPr>
            <w:tcW w:w="1234" w:type="dxa"/>
          </w:tcPr>
          <w:p w14:paraId="399AE310" w14:textId="77777777" w:rsidR="00DE026F" w:rsidRDefault="00DE026F"/>
        </w:tc>
        <w:tc>
          <w:tcPr>
            <w:tcW w:w="1234" w:type="dxa"/>
          </w:tcPr>
          <w:p w14:paraId="0605B7DB" w14:textId="77777777" w:rsidR="00DE026F" w:rsidRDefault="00DE026F"/>
        </w:tc>
        <w:tc>
          <w:tcPr>
            <w:tcW w:w="1234" w:type="dxa"/>
          </w:tcPr>
          <w:p w14:paraId="246AF446" w14:textId="77777777" w:rsidR="00DE026F" w:rsidRDefault="00DE026F"/>
        </w:tc>
        <w:tc>
          <w:tcPr>
            <w:tcW w:w="1234" w:type="dxa"/>
          </w:tcPr>
          <w:p w14:paraId="3629DF3F" w14:textId="77777777" w:rsidR="00DE026F" w:rsidRDefault="00DE026F"/>
        </w:tc>
        <w:tc>
          <w:tcPr>
            <w:tcW w:w="1234" w:type="dxa"/>
          </w:tcPr>
          <w:p w14:paraId="7F66481A" w14:textId="77777777" w:rsidR="00DE026F" w:rsidRDefault="00DE026F"/>
        </w:tc>
        <w:tc>
          <w:tcPr>
            <w:tcW w:w="1234" w:type="dxa"/>
          </w:tcPr>
          <w:p w14:paraId="11E913F2" w14:textId="77777777" w:rsidR="00DE026F" w:rsidRDefault="00DE026F"/>
        </w:tc>
        <w:tc>
          <w:tcPr>
            <w:tcW w:w="1234" w:type="dxa"/>
          </w:tcPr>
          <w:p w14:paraId="35AEE030" w14:textId="77777777" w:rsidR="00DE026F" w:rsidRDefault="00DE026F"/>
        </w:tc>
      </w:tr>
    </w:tbl>
    <w:p w14:paraId="4D86EAC4" w14:textId="77777777" w:rsidR="00DE026F" w:rsidRDefault="00BC3E21">
      <w:pPr>
        <w:pStyle w:val="21"/>
      </w:pPr>
      <w:r>
        <w:t>食中毒調査報告書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DE026F" w14:paraId="327376FD" w14:textId="77777777">
        <w:tc>
          <w:tcPr>
            <w:tcW w:w="1440" w:type="dxa"/>
          </w:tcPr>
          <w:p w14:paraId="4BE9386B" w14:textId="77777777" w:rsidR="00DE026F" w:rsidRDefault="00BC3E21">
            <w:r>
              <w:t>調査日</w:t>
            </w:r>
          </w:p>
        </w:tc>
        <w:tc>
          <w:tcPr>
            <w:tcW w:w="1440" w:type="dxa"/>
          </w:tcPr>
          <w:p w14:paraId="4D264B32" w14:textId="77777777" w:rsidR="00DE026F" w:rsidRDefault="00BC3E21">
            <w:r>
              <w:t>検査結果</w:t>
            </w:r>
          </w:p>
        </w:tc>
        <w:tc>
          <w:tcPr>
            <w:tcW w:w="1440" w:type="dxa"/>
          </w:tcPr>
          <w:p w14:paraId="511F8D56" w14:textId="77777777" w:rsidR="00DE026F" w:rsidRDefault="00BC3E21">
            <w:r>
              <w:t>原因究明</w:t>
            </w:r>
          </w:p>
        </w:tc>
        <w:tc>
          <w:tcPr>
            <w:tcW w:w="1440" w:type="dxa"/>
          </w:tcPr>
          <w:p w14:paraId="427E03B8" w14:textId="77777777" w:rsidR="00DE026F" w:rsidRDefault="00BC3E21">
            <w:r>
              <w:t>改善策</w:t>
            </w:r>
          </w:p>
        </w:tc>
        <w:tc>
          <w:tcPr>
            <w:tcW w:w="1440" w:type="dxa"/>
          </w:tcPr>
          <w:p w14:paraId="77617DC3" w14:textId="77777777" w:rsidR="00DE026F" w:rsidRDefault="00BC3E21">
            <w:r>
              <w:t>再発防止策</w:t>
            </w:r>
          </w:p>
        </w:tc>
        <w:tc>
          <w:tcPr>
            <w:tcW w:w="1440" w:type="dxa"/>
          </w:tcPr>
          <w:p w14:paraId="72228C76" w14:textId="77777777" w:rsidR="00DE026F" w:rsidRDefault="00BC3E21">
            <w:r>
              <w:t>担当者</w:t>
            </w:r>
          </w:p>
        </w:tc>
      </w:tr>
      <w:tr w:rsidR="00DE026F" w14:paraId="7A4D2CD8" w14:textId="77777777">
        <w:tc>
          <w:tcPr>
            <w:tcW w:w="1440" w:type="dxa"/>
          </w:tcPr>
          <w:p w14:paraId="12A8A5F3" w14:textId="77777777" w:rsidR="00DE026F" w:rsidRDefault="00DE026F"/>
        </w:tc>
        <w:tc>
          <w:tcPr>
            <w:tcW w:w="1440" w:type="dxa"/>
          </w:tcPr>
          <w:p w14:paraId="6AF30D2D" w14:textId="77777777" w:rsidR="00DE026F" w:rsidRDefault="00DE026F"/>
        </w:tc>
        <w:tc>
          <w:tcPr>
            <w:tcW w:w="1440" w:type="dxa"/>
          </w:tcPr>
          <w:p w14:paraId="094D7681" w14:textId="77777777" w:rsidR="00DE026F" w:rsidRDefault="00DE026F"/>
        </w:tc>
        <w:tc>
          <w:tcPr>
            <w:tcW w:w="1440" w:type="dxa"/>
          </w:tcPr>
          <w:p w14:paraId="7BC7EFC7" w14:textId="77777777" w:rsidR="00DE026F" w:rsidRDefault="00DE026F"/>
        </w:tc>
        <w:tc>
          <w:tcPr>
            <w:tcW w:w="1440" w:type="dxa"/>
          </w:tcPr>
          <w:p w14:paraId="404698FC" w14:textId="77777777" w:rsidR="00DE026F" w:rsidRDefault="00DE026F"/>
        </w:tc>
        <w:tc>
          <w:tcPr>
            <w:tcW w:w="1440" w:type="dxa"/>
          </w:tcPr>
          <w:p w14:paraId="6F67C067" w14:textId="77777777" w:rsidR="00DE026F" w:rsidRDefault="00DE026F"/>
        </w:tc>
      </w:tr>
      <w:tr w:rsidR="00DE026F" w14:paraId="6663C2E0" w14:textId="77777777">
        <w:tc>
          <w:tcPr>
            <w:tcW w:w="1440" w:type="dxa"/>
          </w:tcPr>
          <w:p w14:paraId="7DBE5D5D" w14:textId="77777777" w:rsidR="00DE026F" w:rsidRDefault="00DE026F"/>
        </w:tc>
        <w:tc>
          <w:tcPr>
            <w:tcW w:w="1440" w:type="dxa"/>
          </w:tcPr>
          <w:p w14:paraId="0B10C594" w14:textId="77777777" w:rsidR="00DE026F" w:rsidRDefault="00DE026F"/>
        </w:tc>
        <w:tc>
          <w:tcPr>
            <w:tcW w:w="1440" w:type="dxa"/>
          </w:tcPr>
          <w:p w14:paraId="1D787DEF" w14:textId="77777777" w:rsidR="00DE026F" w:rsidRDefault="00DE026F"/>
        </w:tc>
        <w:tc>
          <w:tcPr>
            <w:tcW w:w="1440" w:type="dxa"/>
          </w:tcPr>
          <w:p w14:paraId="3283F206" w14:textId="77777777" w:rsidR="00DE026F" w:rsidRDefault="00DE026F"/>
        </w:tc>
        <w:tc>
          <w:tcPr>
            <w:tcW w:w="1440" w:type="dxa"/>
          </w:tcPr>
          <w:p w14:paraId="0AE88C80" w14:textId="77777777" w:rsidR="00DE026F" w:rsidRDefault="00DE026F"/>
        </w:tc>
        <w:tc>
          <w:tcPr>
            <w:tcW w:w="1440" w:type="dxa"/>
          </w:tcPr>
          <w:p w14:paraId="1662C672" w14:textId="77777777" w:rsidR="00DE026F" w:rsidRDefault="00DE026F"/>
        </w:tc>
      </w:tr>
      <w:tr w:rsidR="00DE026F" w14:paraId="655A9DCE" w14:textId="77777777">
        <w:tc>
          <w:tcPr>
            <w:tcW w:w="1440" w:type="dxa"/>
          </w:tcPr>
          <w:p w14:paraId="1C3805CF" w14:textId="77777777" w:rsidR="00DE026F" w:rsidRDefault="00DE026F"/>
        </w:tc>
        <w:tc>
          <w:tcPr>
            <w:tcW w:w="1440" w:type="dxa"/>
          </w:tcPr>
          <w:p w14:paraId="2C43A866" w14:textId="77777777" w:rsidR="00DE026F" w:rsidRDefault="00DE026F"/>
        </w:tc>
        <w:tc>
          <w:tcPr>
            <w:tcW w:w="1440" w:type="dxa"/>
          </w:tcPr>
          <w:p w14:paraId="3AA00E7F" w14:textId="77777777" w:rsidR="00DE026F" w:rsidRDefault="00DE026F"/>
        </w:tc>
        <w:tc>
          <w:tcPr>
            <w:tcW w:w="1440" w:type="dxa"/>
          </w:tcPr>
          <w:p w14:paraId="2958F5E1" w14:textId="77777777" w:rsidR="00DE026F" w:rsidRDefault="00DE026F"/>
        </w:tc>
        <w:tc>
          <w:tcPr>
            <w:tcW w:w="1440" w:type="dxa"/>
          </w:tcPr>
          <w:p w14:paraId="54DD871D" w14:textId="77777777" w:rsidR="00DE026F" w:rsidRDefault="00DE026F"/>
        </w:tc>
        <w:tc>
          <w:tcPr>
            <w:tcW w:w="1440" w:type="dxa"/>
          </w:tcPr>
          <w:p w14:paraId="51953D39" w14:textId="77777777" w:rsidR="00DE026F" w:rsidRDefault="00DE026F"/>
        </w:tc>
      </w:tr>
    </w:tbl>
    <w:p w14:paraId="6064C977" w14:textId="77777777" w:rsidR="00DE026F" w:rsidRDefault="00BC3E21">
      <w:r>
        <w:br w:type="page"/>
      </w:r>
    </w:p>
    <w:p w14:paraId="1591CE13" w14:textId="77777777" w:rsidR="00DE026F" w:rsidRDefault="00BC3E21">
      <w:pPr>
        <w:pStyle w:val="1"/>
      </w:pPr>
      <w:r>
        <w:lastRenderedPageBreak/>
        <w:t>災害対策マニュアル（防災マニュアル）</w:t>
      </w:r>
    </w:p>
    <w:p w14:paraId="159B5B56" w14:textId="77777777" w:rsidR="00DE026F" w:rsidRDefault="00BC3E21">
      <w:r>
        <w:t>【目的】災害から利用者を守る。</w:t>
      </w:r>
    </w:p>
    <w:p w14:paraId="040BC112" w14:textId="77777777" w:rsidR="00DE026F" w:rsidRDefault="00BC3E21">
      <w:r>
        <w:t>【平常時】避難経路掲示・備蓄整備。</w:t>
      </w:r>
    </w:p>
    <w:p w14:paraId="51FA8650" w14:textId="77777777" w:rsidR="00DE026F" w:rsidRDefault="00BC3E21">
      <w:r>
        <w:t>【発生時】安全確認</w:t>
      </w:r>
      <w:r>
        <w:t>→</w:t>
      </w:r>
      <w:r>
        <w:t>避難誘導</w:t>
      </w:r>
      <w:r>
        <w:t>→</w:t>
      </w:r>
      <w:r>
        <w:t>安否確認</w:t>
      </w:r>
      <w:r>
        <w:t>→</w:t>
      </w:r>
      <w:r>
        <w:t>消防通報。</w:t>
      </w:r>
    </w:p>
    <w:p w14:paraId="12FF7C70" w14:textId="77777777" w:rsidR="00DE026F" w:rsidRDefault="00BC3E21">
      <w:pPr>
        <w:pStyle w:val="21"/>
      </w:pPr>
      <w:r>
        <w:t>避難訓練記録表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DE026F" w14:paraId="652DD29F" w14:textId="77777777">
        <w:tc>
          <w:tcPr>
            <w:tcW w:w="1234" w:type="dxa"/>
          </w:tcPr>
          <w:p w14:paraId="6E559233" w14:textId="77777777" w:rsidR="00DE026F" w:rsidRDefault="00BC3E21">
            <w:r>
              <w:t>実施日</w:t>
            </w:r>
          </w:p>
        </w:tc>
        <w:tc>
          <w:tcPr>
            <w:tcW w:w="1234" w:type="dxa"/>
          </w:tcPr>
          <w:p w14:paraId="63D6B399" w14:textId="77777777" w:rsidR="00DE026F" w:rsidRDefault="00BC3E21">
            <w:r>
              <w:t>訓練種類</w:t>
            </w:r>
          </w:p>
        </w:tc>
        <w:tc>
          <w:tcPr>
            <w:tcW w:w="1234" w:type="dxa"/>
          </w:tcPr>
          <w:p w14:paraId="3EB4E533" w14:textId="77777777" w:rsidR="00DE026F" w:rsidRDefault="00BC3E21">
            <w:r>
              <w:t>参加人数</w:t>
            </w:r>
          </w:p>
        </w:tc>
        <w:tc>
          <w:tcPr>
            <w:tcW w:w="1234" w:type="dxa"/>
          </w:tcPr>
          <w:p w14:paraId="3CC9AF97" w14:textId="77777777" w:rsidR="00DE026F" w:rsidRDefault="00BC3E21">
            <w:r>
              <w:t>実施内容</w:t>
            </w:r>
          </w:p>
        </w:tc>
        <w:tc>
          <w:tcPr>
            <w:tcW w:w="1234" w:type="dxa"/>
          </w:tcPr>
          <w:p w14:paraId="20621A6F" w14:textId="77777777" w:rsidR="00DE026F" w:rsidRDefault="00BC3E21">
            <w:r>
              <w:t>所要時間</w:t>
            </w:r>
          </w:p>
        </w:tc>
        <w:tc>
          <w:tcPr>
            <w:tcW w:w="1234" w:type="dxa"/>
          </w:tcPr>
          <w:p w14:paraId="6E9CE159" w14:textId="77777777" w:rsidR="00DE026F" w:rsidRDefault="00BC3E21">
            <w:r>
              <w:t>課題</w:t>
            </w:r>
          </w:p>
        </w:tc>
        <w:tc>
          <w:tcPr>
            <w:tcW w:w="1234" w:type="dxa"/>
          </w:tcPr>
          <w:p w14:paraId="137E090C" w14:textId="77777777" w:rsidR="00DE026F" w:rsidRDefault="00BC3E21">
            <w:r>
              <w:t>担当者</w:t>
            </w:r>
          </w:p>
        </w:tc>
      </w:tr>
      <w:tr w:rsidR="00DE026F" w14:paraId="65A01DBD" w14:textId="77777777">
        <w:tc>
          <w:tcPr>
            <w:tcW w:w="1234" w:type="dxa"/>
          </w:tcPr>
          <w:p w14:paraId="29F5FF9F" w14:textId="77777777" w:rsidR="00DE026F" w:rsidRDefault="00DE026F"/>
        </w:tc>
        <w:tc>
          <w:tcPr>
            <w:tcW w:w="1234" w:type="dxa"/>
          </w:tcPr>
          <w:p w14:paraId="5D5C32C7" w14:textId="77777777" w:rsidR="00DE026F" w:rsidRDefault="00DE026F"/>
        </w:tc>
        <w:tc>
          <w:tcPr>
            <w:tcW w:w="1234" w:type="dxa"/>
          </w:tcPr>
          <w:p w14:paraId="3514E917" w14:textId="77777777" w:rsidR="00DE026F" w:rsidRDefault="00DE026F"/>
        </w:tc>
        <w:tc>
          <w:tcPr>
            <w:tcW w:w="1234" w:type="dxa"/>
          </w:tcPr>
          <w:p w14:paraId="7E3EE74D" w14:textId="77777777" w:rsidR="00DE026F" w:rsidRDefault="00DE026F"/>
        </w:tc>
        <w:tc>
          <w:tcPr>
            <w:tcW w:w="1234" w:type="dxa"/>
          </w:tcPr>
          <w:p w14:paraId="4E3C6DE8" w14:textId="77777777" w:rsidR="00DE026F" w:rsidRDefault="00DE026F"/>
        </w:tc>
        <w:tc>
          <w:tcPr>
            <w:tcW w:w="1234" w:type="dxa"/>
          </w:tcPr>
          <w:p w14:paraId="7F513DB6" w14:textId="77777777" w:rsidR="00DE026F" w:rsidRDefault="00DE026F"/>
        </w:tc>
        <w:tc>
          <w:tcPr>
            <w:tcW w:w="1234" w:type="dxa"/>
          </w:tcPr>
          <w:p w14:paraId="6AB9668D" w14:textId="77777777" w:rsidR="00DE026F" w:rsidRDefault="00DE026F"/>
        </w:tc>
      </w:tr>
      <w:tr w:rsidR="00DE026F" w14:paraId="3A0DB7B0" w14:textId="77777777">
        <w:tc>
          <w:tcPr>
            <w:tcW w:w="1234" w:type="dxa"/>
          </w:tcPr>
          <w:p w14:paraId="4AA1D8CA" w14:textId="77777777" w:rsidR="00DE026F" w:rsidRDefault="00DE026F"/>
        </w:tc>
        <w:tc>
          <w:tcPr>
            <w:tcW w:w="1234" w:type="dxa"/>
          </w:tcPr>
          <w:p w14:paraId="3E06A443" w14:textId="77777777" w:rsidR="00DE026F" w:rsidRDefault="00DE026F"/>
        </w:tc>
        <w:tc>
          <w:tcPr>
            <w:tcW w:w="1234" w:type="dxa"/>
          </w:tcPr>
          <w:p w14:paraId="1FD860E1" w14:textId="77777777" w:rsidR="00DE026F" w:rsidRDefault="00DE026F"/>
        </w:tc>
        <w:tc>
          <w:tcPr>
            <w:tcW w:w="1234" w:type="dxa"/>
          </w:tcPr>
          <w:p w14:paraId="4B09569A" w14:textId="77777777" w:rsidR="00DE026F" w:rsidRDefault="00DE026F"/>
        </w:tc>
        <w:tc>
          <w:tcPr>
            <w:tcW w:w="1234" w:type="dxa"/>
          </w:tcPr>
          <w:p w14:paraId="404C3AFF" w14:textId="77777777" w:rsidR="00DE026F" w:rsidRDefault="00DE026F"/>
        </w:tc>
        <w:tc>
          <w:tcPr>
            <w:tcW w:w="1234" w:type="dxa"/>
          </w:tcPr>
          <w:p w14:paraId="47801570" w14:textId="77777777" w:rsidR="00DE026F" w:rsidRDefault="00DE026F"/>
        </w:tc>
        <w:tc>
          <w:tcPr>
            <w:tcW w:w="1234" w:type="dxa"/>
          </w:tcPr>
          <w:p w14:paraId="17C34A7F" w14:textId="77777777" w:rsidR="00DE026F" w:rsidRDefault="00DE026F"/>
        </w:tc>
      </w:tr>
      <w:tr w:rsidR="00DE026F" w14:paraId="5A74BDCE" w14:textId="77777777">
        <w:tc>
          <w:tcPr>
            <w:tcW w:w="1234" w:type="dxa"/>
          </w:tcPr>
          <w:p w14:paraId="3B4CB4B4" w14:textId="77777777" w:rsidR="00DE026F" w:rsidRDefault="00DE026F"/>
        </w:tc>
        <w:tc>
          <w:tcPr>
            <w:tcW w:w="1234" w:type="dxa"/>
          </w:tcPr>
          <w:p w14:paraId="08BD2819" w14:textId="77777777" w:rsidR="00DE026F" w:rsidRDefault="00DE026F"/>
        </w:tc>
        <w:tc>
          <w:tcPr>
            <w:tcW w:w="1234" w:type="dxa"/>
          </w:tcPr>
          <w:p w14:paraId="5BB7FE3A" w14:textId="77777777" w:rsidR="00DE026F" w:rsidRDefault="00DE026F"/>
        </w:tc>
        <w:tc>
          <w:tcPr>
            <w:tcW w:w="1234" w:type="dxa"/>
          </w:tcPr>
          <w:p w14:paraId="3CA0EB49" w14:textId="77777777" w:rsidR="00DE026F" w:rsidRDefault="00DE026F"/>
        </w:tc>
        <w:tc>
          <w:tcPr>
            <w:tcW w:w="1234" w:type="dxa"/>
          </w:tcPr>
          <w:p w14:paraId="046F1ECC" w14:textId="77777777" w:rsidR="00DE026F" w:rsidRDefault="00DE026F"/>
        </w:tc>
        <w:tc>
          <w:tcPr>
            <w:tcW w:w="1234" w:type="dxa"/>
          </w:tcPr>
          <w:p w14:paraId="35FD3254" w14:textId="77777777" w:rsidR="00DE026F" w:rsidRDefault="00DE026F"/>
        </w:tc>
        <w:tc>
          <w:tcPr>
            <w:tcW w:w="1234" w:type="dxa"/>
          </w:tcPr>
          <w:p w14:paraId="4D809F86" w14:textId="77777777" w:rsidR="00DE026F" w:rsidRDefault="00DE026F"/>
        </w:tc>
      </w:tr>
    </w:tbl>
    <w:p w14:paraId="4BA277C7" w14:textId="77777777" w:rsidR="00DE026F" w:rsidRDefault="00BC3E21">
      <w:pPr>
        <w:pStyle w:val="21"/>
      </w:pPr>
      <w:r>
        <w:t>災害発生報告書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DE026F" w14:paraId="0366CFF5" w14:textId="77777777">
        <w:tc>
          <w:tcPr>
            <w:tcW w:w="1234" w:type="dxa"/>
          </w:tcPr>
          <w:p w14:paraId="32D9F55F" w14:textId="77777777" w:rsidR="00DE026F" w:rsidRDefault="00BC3E21">
            <w:r>
              <w:t>発生日</w:t>
            </w:r>
          </w:p>
        </w:tc>
        <w:tc>
          <w:tcPr>
            <w:tcW w:w="1234" w:type="dxa"/>
          </w:tcPr>
          <w:p w14:paraId="6EA6FC73" w14:textId="77777777" w:rsidR="00DE026F" w:rsidRDefault="00BC3E21">
            <w:r>
              <w:t>災害種別</w:t>
            </w:r>
          </w:p>
        </w:tc>
        <w:tc>
          <w:tcPr>
            <w:tcW w:w="1234" w:type="dxa"/>
          </w:tcPr>
          <w:p w14:paraId="172FB7CC" w14:textId="77777777" w:rsidR="00DE026F" w:rsidRDefault="00BC3E21">
            <w:r>
              <w:t>被害状況</w:t>
            </w:r>
          </w:p>
        </w:tc>
        <w:tc>
          <w:tcPr>
            <w:tcW w:w="1234" w:type="dxa"/>
          </w:tcPr>
          <w:p w14:paraId="1CAAD5DE" w14:textId="77777777" w:rsidR="00DE026F" w:rsidRDefault="00BC3E21">
            <w:r>
              <w:t>対応内容</w:t>
            </w:r>
          </w:p>
        </w:tc>
        <w:tc>
          <w:tcPr>
            <w:tcW w:w="1234" w:type="dxa"/>
          </w:tcPr>
          <w:p w14:paraId="60DB676F" w14:textId="77777777" w:rsidR="00DE026F" w:rsidRDefault="00BC3E21">
            <w:r>
              <w:t>安否確認結果</w:t>
            </w:r>
          </w:p>
        </w:tc>
        <w:tc>
          <w:tcPr>
            <w:tcW w:w="1234" w:type="dxa"/>
          </w:tcPr>
          <w:p w14:paraId="5C1BF998" w14:textId="77777777" w:rsidR="00DE026F" w:rsidRDefault="00BC3E21">
            <w:r>
              <w:t>今後の改善</w:t>
            </w:r>
          </w:p>
        </w:tc>
        <w:tc>
          <w:tcPr>
            <w:tcW w:w="1234" w:type="dxa"/>
          </w:tcPr>
          <w:p w14:paraId="3843281E" w14:textId="77777777" w:rsidR="00DE026F" w:rsidRDefault="00BC3E21">
            <w:r>
              <w:t>担当者</w:t>
            </w:r>
          </w:p>
        </w:tc>
      </w:tr>
      <w:tr w:rsidR="00DE026F" w14:paraId="161B9085" w14:textId="77777777">
        <w:tc>
          <w:tcPr>
            <w:tcW w:w="1234" w:type="dxa"/>
          </w:tcPr>
          <w:p w14:paraId="1A44A14E" w14:textId="77777777" w:rsidR="00DE026F" w:rsidRDefault="00DE026F"/>
        </w:tc>
        <w:tc>
          <w:tcPr>
            <w:tcW w:w="1234" w:type="dxa"/>
          </w:tcPr>
          <w:p w14:paraId="55ECE2C2" w14:textId="77777777" w:rsidR="00DE026F" w:rsidRDefault="00DE026F"/>
        </w:tc>
        <w:tc>
          <w:tcPr>
            <w:tcW w:w="1234" w:type="dxa"/>
          </w:tcPr>
          <w:p w14:paraId="7BC419DE" w14:textId="77777777" w:rsidR="00DE026F" w:rsidRDefault="00DE026F"/>
        </w:tc>
        <w:tc>
          <w:tcPr>
            <w:tcW w:w="1234" w:type="dxa"/>
          </w:tcPr>
          <w:p w14:paraId="2D216158" w14:textId="77777777" w:rsidR="00DE026F" w:rsidRDefault="00DE026F"/>
        </w:tc>
        <w:tc>
          <w:tcPr>
            <w:tcW w:w="1234" w:type="dxa"/>
          </w:tcPr>
          <w:p w14:paraId="74A04502" w14:textId="77777777" w:rsidR="00DE026F" w:rsidRDefault="00DE026F"/>
        </w:tc>
        <w:tc>
          <w:tcPr>
            <w:tcW w:w="1234" w:type="dxa"/>
          </w:tcPr>
          <w:p w14:paraId="438447FA" w14:textId="77777777" w:rsidR="00DE026F" w:rsidRDefault="00DE026F"/>
        </w:tc>
        <w:tc>
          <w:tcPr>
            <w:tcW w:w="1234" w:type="dxa"/>
          </w:tcPr>
          <w:p w14:paraId="44CA0B2D" w14:textId="77777777" w:rsidR="00DE026F" w:rsidRDefault="00DE026F"/>
        </w:tc>
      </w:tr>
      <w:tr w:rsidR="00DE026F" w14:paraId="678720C1" w14:textId="77777777">
        <w:tc>
          <w:tcPr>
            <w:tcW w:w="1234" w:type="dxa"/>
          </w:tcPr>
          <w:p w14:paraId="3A84099F" w14:textId="77777777" w:rsidR="00DE026F" w:rsidRDefault="00DE026F"/>
        </w:tc>
        <w:tc>
          <w:tcPr>
            <w:tcW w:w="1234" w:type="dxa"/>
          </w:tcPr>
          <w:p w14:paraId="7671E14A" w14:textId="77777777" w:rsidR="00DE026F" w:rsidRDefault="00DE026F"/>
        </w:tc>
        <w:tc>
          <w:tcPr>
            <w:tcW w:w="1234" w:type="dxa"/>
          </w:tcPr>
          <w:p w14:paraId="09DCCD7F" w14:textId="77777777" w:rsidR="00DE026F" w:rsidRDefault="00DE026F"/>
        </w:tc>
        <w:tc>
          <w:tcPr>
            <w:tcW w:w="1234" w:type="dxa"/>
          </w:tcPr>
          <w:p w14:paraId="76C42D1E" w14:textId="77777777" w:rsidR="00DE026F" w:rsidRDefault="00DE026F"/>
        </w:tc>
        <w:tc>
          <w:tcPr>
            <w:tcW w:w="1234" w:type="dxa"/>
          </w:tcPr>
          <w:p w14:paraId="5F03C9A3" w14:textId="77777777" w:rsidR="00DE026F" w:rsidRDefault="00DE026F"/>
        </w:tc>
        <w:tc>
          <w:tcPr>
            <w:tcW w:w="1234" w:type="dxa"/>
          </w:tcPr>
          <w:p w14:paraId="2F5B683A" w14:textId="77777777" w:rsidR="00DE026F" w:rsidRDefault="00DE026F"/>
        </w:tc>
        <w:tc>
          <w:tcPr>
            <w:tcW w:w="1234" w:type="dxa"/>
          </w:tcPr>
          <w:p w14:paraId="60BA5621" w14:textId="77777777" w:rsidR="00DE026F" w:rsidRDefault="00DE026F"/>
        </w:tc>
      </w:tr>
      <w:tr w:rsidR="00DE026F" w14:paraId="300460C3" w14:textId="77777777">
        <w:tc>
          <w:tcPr>
            <w:tcW w:w="1234" w:type="dxa"/>
          </w:tcPr>
          <w:p w14:paraId="4600741D" w14:textId="77777777" w:rsidR="00DE026F" w:rsidRDefault="00DE026F"/>
        </w:tc>
        <w:tc>
          <w:tcPr>
            <w:tcW w:w="1234" w:type="dxa"/>
          </w:tcPr>
          <w:p w14:paraId="1A735ADF" w14:textId="77777777" w:rsidR="00DE026F" w:rsidRDefault="00DE026F"/>
        </w:tc>
        <w:tc>
          <w:tcPr>
            <w:tcW w:w="1234" w:type="dxa"/>
          </w:tcPr>
          <w:p w14:paraId="5671EAC9" w14:textId="77777777" w:rsidR="00DE026F" w:rsidRDefault="00DE026F"/>
        </w:tc>
        <w:tc>
          <w:tcPr>
            <w:tcW w:w="1234" w:type="dxa"/>
          </w:tcPr>
          <w:p w14:paraId="6B490FB0" w14:textId="77777777" w:rsidR="00DE026F" w:rsidRDefault="00DE026F"/>
        </w:tc>
        <w:tc>
          <w:tcPr>
            <w:tcW w:w="1234" w:type="dxa"/>
          </w:tcPr>
          <w:p w14:paraId="6CEBB7A4" w14:textId="77777777" w:rsidR="00DE026F" w:rsidRDefault="00DE026F"/>
        </w:tc>
        <w:tc>
          <w:tcPr>
            <w:tcW w:w="1234" w:type="dxa"/>
          </w:tcPr>
          <w:p w14:paraId="29F0ED37" w14:textId="77777777" w:rsidR="00DE026F" w:rsidRDefault="00DE026F"/>
        </w:tc>
        <w:tc>
          <w:tcPr>
            <w:tcW w:w="1234" w:type="dxa"/>
          </w:tcPr>
          <w:p w14:paraId="1AC91A58" w14:textId="77777777" w:rsidR="00DE026F" w:rsidRDefault="00DE026F"/>
        </w:tc>
      </w:tr>
    </w:tbl>
    <w:p w14:paraId="3300D48F" w14:textId="77777777" w:rsidR="00DE026F" w:rsidRDefault="00BC3E21">
      <w:r>
        <w:br w:type="page"/>
      </w:r>
    </w:p>
    <w:p w14:paraId="41E742DF" w14:textId="77777777" w:rsidR="00DE026F" w:rsidRDefault="00BC3E21">
      <w:pPr>
        <w:pStyle w:val="1"/>
      </w:pPr>
      <w:r>
        <w:lastRenderedPageBreak/>
        <w:t>事故発生時対応マニュアル</w:t>
      </w:r>
    </w:p>
    <w:p w14:paraId="5FFD4571" w14:textId="77777777" w:rsidR="00DE026F" w:rsidRDefault="00BC3E21">
      <w:r>
        <w:t>【目的】事故発生時の迅速対応と再発防止。</w:t>
      </w:r>
    </w:p>
    <w:p w14:paraId="125DF77D" w14:textId="77777777" w:rsidR="00DE026F" w:rsidRDefault="00BC3E21">
      <w:r>
        <w:t>【フロー】発見</w:t>
      </w:r>
      <w:r>
        <w:t>→</w:t>
      </w:r>
      <w:r>
        <w:t>応急処置</w:t>
      </w:r>
      <w:r>
        <w:t>→</w:t>
      </w:r>
      <w:r>
        <w:t>管理者報告</w:t>
      </w:r>
      <w:r>
        <w:t>→</w:t>
      </w:r>
      <w:r>
        <w:t>家族連絡</w:t>
      </w:r>
      <w:r>
        <w:t>→</w:t>
      </w:r>
      <w:r>
        <w:t>再発防止検討。</w:t>
      </w:r>
    </w:p>
    <w:p w14:paraId="39EC3E6B" w14:textId="77777777" w:rsidR="00DE026F" w:rsidRDefault="00BC3E21">
      <w:pPr>
        <w:pStyle w:val="21"/>
      </w:pPr>
      <w:r>
        <w:t>事故報告書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DE026F" w14:paraId="528F6AC7" w14:textId="77777777">
        <w:tc>
          <w:tcPr>
            <w:tcW w:w="1080" w:type="dxa"/>
          </w:tcPr>
          <w:p w14:paraId="372357B4" w14:textId="77777777" w:rsidR="00DE026F" w:rsidRDefault="00BC3E21">
            <w:r>
              <w:t>発生日</w:t>
            </w:r>
          </w:p>
        </w:tc>
        <w:tc>
          <w:tcPr>
            <w:tcW w:w="1080" w:type="dxa"/>
          </w:tcPr>
          <w:p w14:paraId="61E85D25" w14:textId="77777777" w:rsidR="00DE026F" w:rsidRDefault="00BC3E21">
            <w:r>
              <w:t>発生場所</w:t>
            </w:r>
          </w:p>
        </w:tc>
        <w:tc>
          <w:tcPr>
            <w:tcW w:w="1080" w:type="dxa"/>
          </w:tcPr>
          <w:p w14:paraId="2A4A3C98" w14:textId="77777777" w:rsidR="00DE026F" w:rsidRDefault="00BC3E21">
            <w:r>
              <w:t>事故内容</w:t>
            </w:r>
          </w:p>
        </w:tc>
        <w:tc>
          <w:tcPr>
            <w:tcW w:w="1080" w:type="dxa"/>
          </w:tcPr>
          <w:p w14:paraId="7D035920" w14:textId="77777777" w:rsidR="00DE026F" w:rsidRDefault="00BC3E21">
            <w:r>
              <w:t>発生要因</w:t>
            </w:r>
          </w:p>
        </w:tc>
        <w:tc>
          <w:tcPr>
            <w:tcW w:w="1080" w:type="dxa"/>
          </w:tcPr>
          <w:p w14:paraId="047F0C87" w14:textId="77777777" w:rsidR="00DE026F" w:rsidRDefault="00BC3E21">
            <w:r>
              <w:t>対応内容</w:t>
            </w:r>
          </w:p>
        </w:tc>
        <w:tc>
          <w:tcPr>
            <w:tcW w:w="1080" w:type="dxa"/>
          </w:tcPr>
          <w:p w14:paraId="191039BD" w14:textId="77777777" w:rsidR="00DE026F" w:rsidRDefault="00BC3E21">
            <w:r>
              <w:t>家族連絡</w:t>
            </w:r>
          </w:p>
        </w:tc>
        <w:tc>
          <w:tcPr>
            <w:tcW w:w="1080" w:type="dxa"/>
          </w:tcPr>
          <w:p w14:paraId="1E83BEF6" w14:textId="77777777" w:rsidR="00DE026F" w:rsidRDefault="00BC3E21">
            <w:r>
              <w:t>今後の改善</w:t>
            </w:r>
          </w:p>
        </w:tc>
        <w:tc>
          <w:tcPr>
            <w:tcW w:w="1080" w:type="dxa"/>
          </w:tcPr>
          <w:p w14:paraId="3F4198CB" w14:textId="77777777" w:rsidR="00DE026F" w:rsidRDefault="00BC3E21">
            <w:r>
              <w:t>担当者</w:t>
            </w:r>
          </w:p>
        </w:tc>
      </w:tr>
      <w:tr w:rsidR="00DE026F" w14:paraId="04331B77" w14:textId="77777777">
        <w:tc>
          <w:tcPr>
            <w:tcW w:w="1080" w:type="dxa"/>
          </w:tcPr>
          <w:p w14:paraId="6300359F" w14:textId="77777777" w:rsidR="00DE026F" w:rsidRDefault="00DE026F"/>
        </w:tc>
        <w:tc>
          <w:tcPr>
            <w:tcW w:w="1080" w:type="dxa"/>
          </w:tcPr>
          <w:p w14:paraId="1A161318" w14:textId="77777777" w:rsidR="00DE026F" w:rsidRDefault="00DE026F"/>
        </w:tc>
        <w:tc>
          <w:tcPr>
            <w:tcW w:w="1080" w:type="dxa"/>
          </w:tcPr>
          <w:p w14:paraId="5BE73CA2" w14:textId="77777777" w:rsidR="00DE026F" w:rsidRDefault="00DE026F"/>
        </w:tc>
        <w:tc>
          <w:tcPr>
            <w:tcW w:w="1080" w:type="dxa"/>
          </w:tcPr>
          <w:p w14:paraId="510E068A" w14:textId="77777777" w:rsidR="00DE026F" w:rsidRDefault="00DE026F"/>
        </w:tc>
        <w:tc>
          <w:tcPr>
            <w:tcW w:w="1080" w:type="dxa"/>
          </w:tcPr>
          <w:p w14:paraId="221DC75B" w14:textId="77777777" w:rsidR="00DE026F" w:rsidRDefault="00DE026F"/>
        </w:tc>
        <w:tc>
          <w:tcPr>
            <w:tcW w:w="1080" w:type="dxa"/>
          </w:tcPr>
          <w:p w14:paraId="6B75C51F" w14:textId="77777777" w:rsidR="00DE026F" w:rsidRDefault="00DE026F"/>
        </w:tc>
        <w:tc>
          <w:tcPr>
            <w:tcW w:w="1080" w:type="dxa"/>
          </w:tcPr>
          <w:p w14:paraId="20183904" w14:textId="77777777" w:rsidR="00DE026F" w:rsidRDefault="00DE026F"/>
        </w:tc>
        <w:tc>
          <w:tcPr>
            <w:tcW w:w="1080" w:type="dxa"/>
          </w:tcPr>
          <w:p w14:paraId="5C500094" w14:textId="77777777" w:rsidR="00DE026F" w:rsidRDefault="00DE026F"/>
        </w:tc>
      </w:tr>
      <w:tr w:rsidR="00DE026F" w14:paraId="30FF9D37" w14:textId="77777777">
        <w:tc>
          <w:tcPr>
            <w:tcW w:w="1080" w:type="dxa"/>
          </w:tcPr>
          <w:p w14:paraId="37B154B6" w14:textId="77777777" w:rsidR="00DE026F" w:rsidRDefault="00DE026F"/>
        </w:tc>
        <w:tc>
          <w:tcPr>
            <w:tcW w:w="1080" w:type="dxa"/>
          </w:tcPr>
          <w:p w14:paraId="290B919A" w14:textId="77777777" w:rsidR="00DE026F" w:rsidRDefault="00DE026F"/>
        </w:tc>
        <w:tc>
          <w:tcPr>
            <w:tcW w:w="1080" w:type="dxa"/>
          </w:tcPr>
          <w:p w14:paraId="3BDD7F5C" w14:textId="77777777" w:rsidR="00DE026F" w:rsidRDefault="00DE026F"/>
        </w:tc>
        <w:tc>
          <w:tcPr>
            <w:tcW w:w="1080" w:type="dxa"/>
          </w:tcPr>
          <w:p w14:paraId="3B6BD206" w14:textId="77777777" w:rsidR="00DE026F" w:rsidRDefault="00DE026F"/>
        </w:tc>
        <w:tc>
          <w:tcPr>
            <w:tcW w:w="1080" w:type="dxa"/>
          </w:tcPr>
          <w:p w14:paraId="326515B5" w14:textId="77777777" w:rsidR="00DE026F" w:rsidRDefault="00DE026F"/>
        </w:tc>
        <w:tc>
          <w:tcPr>
            <w:tcW w:w="1080" w:type="dxa"/>
          </w:tcPr>
          <w:p w14:paraId="6AFE9F50" w14:textId="77777777" w:rsidR="00DE026F" w:rsidRDefault="00DE026F"/>
        </w:tc>
        <w:tc>
          <w:tcPr>
            <w:tcW w:w="1080" w:type="dxa"/>
          </w:tcPr>
          <w:p w14:paraId="4532A2BE" w14:textId="77777777" w:rsidR="00DE026F" w:rsidRDefault="00DE026F"/>
        </w:tc>
        <w:tc>
          <w:tcPr>
            <w:tcW w:w="1080" w:type="dxa"/>
          </w:tcPr>
          <w:p w14:paraId="429A3568" w14:textId="77777777" w:rsidR="00DE026F" w:rsidRDefault="00DE026F"/>
        </w:tc>
      </w:tr>
      <w:tr w:rsidR="00DE026F" w14:paraId="198B1B2F" w14:textId="77777777">
        <w:tc>
          <w:tcPr>
            <w:tcW w:w="1080" w:type="dxa"/>
          </w:tcPr>
          <w:p w14:paraId="593F16EE" w14:textId="77777777" w:rsidR="00DE026F" w:rsidRDefault="00DE026F"/>
        </w:tc>
        <w:tc>
          <w:tcPr>
            <w:tcW w:w="1080" w:type="dxa"/>
          </w:tcPr>
          <w:p w14:paraId="645F7B08" w14:textId="77777777" w:rsidR="00DE026F" w:rsidRDefault="00DE026F"/>
        </w:tc>
        <w:tc>
          <w:tcPr>
            <w:tcW w:w="1080" w:type="dxa"/>
          </w:tcPr>
          <w:p w14:paraId="3DFFC231" w14:textId="77777777" w:rsidR="00DE026F" w:rsidRDefault="00DE026F"/>
        </w:tc>
        <w:tc>
          <w:tcPr>
            <w:tcW w:w="1080" w:type="dxa"/>
          </w:tcPr>
          <w:p w14:paraId="17C994F0" w14:textId="77777777" w:rsidR="00DE026F" w:rsidRDefault="00DE026F"/>
        </w:tc>
        <w:tc>
          <w:tcPr>
            <w:tcW w:w="1080" w:type="dxa"/>
          </w:tcPr>
          <w:p w14:paraId="2B638B70" w14:textId="77777777" w:rsidR="00DE026F" w:rsidRDefault="00DE026F"/>
        </w:tc>
        <w:tc>
          <w:tcPr>
            <w:tcW w:w="1080" w:type="dxa"/>
          </w:tcPr>
          <w:p w14:paraId="24E90FC5" w14:textId="77777777" w:rsidR="00DE026F" w:rsidRDefault="00DE026F"/>
        </w:tc>
        <w:tc>
          <w:tcPr>
            <w:tcW w:w="1080" w:type="dxa"/>
          </w:tcPr>
          <w:p w14:paraId="1C0EC85E" w14:textId="77777777" w:rsidR="00DE026F" w:rsidRDefault="00DE026F"/>
        </w:tc>
        <w:tc>
          <w:tcPr>
            <w:tcW w:w="1080" w:type="dxa"/>
          </w:tcPr>
          <w:p w14:paraId="7E2982C7" w14:textId="77777777" w:rsidR="00DE026F" w:rsidRDefault="00DE026F"/>
        </w:tc>
      </w:tr>
    </w:tbl>
    <w:p w14:paraId="089E9C8A" w14:textId="77777777" w:rsidR="00DE026F" w:rsidRDefault="00BC3E21">
      <w:pPr>
        <w:pStyle w:val="21"/>
      </w:pPr>
      <w:r>
        <w:t>ヒヤリハット報告書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DE026F" w14:paraId="64C889E8" w14:textId="77777777">
        <w:tc>
          <w:tcPr>
            <w:tcW w:w="1728" w:type="dxa"/>
          </w:tcPr>
          <w:p w14:paraId="47E81207" w14:textId="77777777" w:rsidR="00DE026F" w:rsidRDefault="00BC3E21">
            <w:r>
              <w:t>発生日</w:t>
            </w:r>
          </w:p>
        </w:tc>
        <w:tc>
          <w:tcPr>
            <w:tcW w:w="1728" w:type="dxa"/>
          </w:tcPr>
          <w:p w14:paraId="2D0883B7" w14:textId="77777777" w:rsidR="00DE026F" w:rsidRDefault="00BC3E21">
            <w:r>
              <w:t>状況</w:t>
            </w:r>
          </w:p>
        </w:tc>
        <w:tc>
          <w:tcPr>
            <w:tcW w:w="1728" w:type="dxa"/>
          </w:tcPr>
          <w:p w14:paraId="3AB1CFE8" w14:textId="77777777" w:rsidR="00DE026F" w:rsidRDefault="00BC3E21">
            <w:r>
              <w:t>危険要因</w:t>
            </w:r>
          </w:p>
        </w:tc>
        <w:tc>
          <w:tcPr>
            <w:tcW w:w="1728" w:type="dxa"/>
          </w:tcPr>
          <w:p w14:paraId="5281DB9C" w14:textId="77777777" w:rsidR="00DE026F" w:rsidRDefault="00BC3E21">
            <w:r>
              <w:t>未然防止策</w:t>
            </w:r>
          </w:p>
        </w:tc>
        <w:tc>
          <w:tcPr>
            <w:tcW w:w="1728" w:type="dxa"/>
          </w:tcPr>
          <w:p w14:paraId="5AD2D1D4" w14:textId="77777777" w:rsidR="00DE026F" w:rsidRDefault="00BC3E21">
            <w:r>
              <w:t>担当者</w:t>
            </w:r>
          </w:p>
        </w:tc>
      </w:tr>
      <w:tr w:rsidR="00DE026F" w14:paraId="1348D6B6" w14:textId="77777777">
        <w:tc>
          <w:tcPr>
            <w:tcW w:w="1728" w:type="dxa"/>
          </w:tcPr>
          <w:p w14:paraId="7C5F6597" w14:textId="77777777" w:rsidR="00DE026F" w:rsidRDefault="00DE026F"/>
        </w:tc>
        <w:tc>
          <w:tcPr>
            <w:tcW w:w="1728" w:type="dxa"/>
          </w:tcPr>
          <w:p w14:paraId="72C949AA" w14:textId="77777777" w:rsidR="00DE026F" w:rsidRDefault="00DE026F"/>
        </w:tc>
        <w:tc>
          <w:tcPr>
            <w:tcW w:w="1728" w:type="dxa"/>
          </w:tcPr>
          <w:p w14:paraId="2F1BE9AF" w14:textId="77777777" w:rsidR="00DE026F" w:rsidRDefault="00DE026F"/>
        </w:tc>
        <w:tc>
          <w:tcPr>
            <w:tcW w:w="1728" w:type="dxa"/>
          </w:tcPr>
          <w:p w14:paraId="5CE099D7" w14:textId="77777777" w:rsidR="00DE026F" w:rsidRDefault="00DE026F"/>
        </w:tc>
        <w:tc>
          <w:tcPr>
            <w:tcW w:w="1728" w:type="dxa"/>
          </w:tcPr>
          <w:p w14:paraId="2F7AC0F2" w14:textId="77777777" w:rsidR="00DE026F" w:rsidRDefault="00DE026F"/>
        </w:tc>
      </w:tr>
      <w:tr w:rsidR="00DE026F" w14:paraId="0356ABD2" w14:textId="77777777">
        <w:tc>
          <w:tcPr>
            <w:tcW w:w="1728" w:type="dxa"/>
          </w:tcPr>
          <w:p w14:paraId="6C61D2F0" w14:textId="77777777" w:rsidR="00DE026F" w:rsidRDefault="00DE026F"/>
        </w:tc>
        <w:tc>
          <w:tcPr>
            <w:tcW w:w="1728" w:type="dxa"/>
          </w:tcPr>
          <w:p w14:paraId="7FE644AF" w14:textId="77777777" w:rsidR="00DE026F" w:rsidRDefault="00DE026F"/>
        </w:tc>
        <w:tc>
          <w:tcPr>
            <w:tcW w:w="1728" w:type="dxa"/>
          </w:tcPr>
          <w:p w14:paraId="3FE5E563" w14:textId="77777777" w:rsidR="00DE026F" w:rsidRDefault="00DE026F"/>
        </w:tc>
        <w:tc>
          <w:tcPr>
            <w:tcW w:w="1728" w:type="dxa"/>
          </w:tcPr>
          <w:p w14:paraId="719DCB86" w14:textId="77777777" w:rsidR="00DE026F" w:rsidRDefault="00DE026F"/>
        </w:tc>
        <w:tc>
          <w:tcPr>
            <w:tcW w:w="1728" w:type="dxa"/>
          </w:tcPr>
          <w:p w14:paraId="4D95B53C" w14:textId="77777777" w:rsidR="00DE026F" w:rsidRDefault="00DE026F"/>
        </w:tc>
      </w:tr>
      <w:tr w:rsidR="00DE026F" w14:paraId="20BB87B5" w14:textId="77777777">
        <w:tc>
          <w:tcPr>
            <w:tcW w:w="1728" w:type="dxa"/>
          </w:tcPr>
          <w:p w14:paraId="2F0A55C8" w14:textId="77777777" w:rsidR="00DE026F" w:rsidRDefault="00DE026F"/>
        </w:tc>
        <w:tc>
          <w:tcPr>
            <w:tcW w:w="1728" w:type="dxa"/>
          </w:tcPr>
          <w:p w14:paraId="3A899FDD" w14:textId="77777777" w:rsidR="00DE026F" w:rsidRDefault="00DE026F"/>
        </w:tc>
        <w:tc>
          <w:tcPr>
            <w:tcW w:w="1728" w:type="dxa"/>
          </w:tcPr>
          <w:p w14:paraId="4CC6C2B1" w14:textId="77777777" w:rsidR="00DE026F" w:rsidRDefault="00DE026F"/>
        </w:tc>
        <w:tc>
          <w:tcPr>
            <w:tcW w:w="1728" w:type="dxa"/>
          </w:tcPr>
          <w:p w14:paraId="0027DF3D" w14:textId="77777777" w:rsidR="00DE026F" w:rsidRDefault="00DE026F"/>
        </w:tc>
        <w:tc>
          <w:tcPr>
            <w:tcW w:w="1728" w:type="dxa"/>
          </w:tcPr>
          <w:p w14:paraId="14ABDFF5" w14:textId="77777777" w:rsidR="00DE026F" w:rsidRDefault="00DE026F"/>
        </w:tc>
      </w:tr>
    </w:tbl>
    <w:p w14:paraId="5551FA75" w14:textId="77777777" w:rsidR="00DE026F" w:rsidRDefault="00BC3E21">
      <w:r>
        <w:br w:type="page"/>
      </w:r>
    </w:p>
    <w:p w14:paraId="45024667" w14:textId="77777777" w:rsidR="00DE026F" w:rsidRDefault="00BC3E21">
      <w:pPr>
        <w:pStyle w:val="1"/>
      </w:pPr>
      <w:r>
        <w:lastRenderedPageBreak/>
        <w:t>感染性廃棄物処理マニュアル</w:t>
      </w:r>
    </w:p>
    <w:p w14:paraId="0353A67A" w14:textId="77777777" w:rsidR="00DE026F" w:rsidRDefault="00BC3E21">
      <w:r>
        <w:t>【目的】感染性廃棄物の適正処理。</w:t>
      </w:r>
    </w:p>
    <w:p w14:paraId="3B264D9E" w14:textId="77777777" w:rsidR="00DE026F" w:rsidRDefault="00BC3E21">
      <w:r>
        <w:t>【フロー】専用袋密閉</w:t>
      </w:r>
      <w:r>
        <w:t>→</w:t>
      </w:r>
      <w:r>
        <w:t>保管庫</w:t>
      </w:r>
      <w:r>
        <w:t>→</w:t>
      </w:r>
      <w:r>
        <w:t>委託業者引渡し。</w:t>
      </w:r>
    </w:p>
    <w:p w14:paraId="477C8230" w14:textId="77777777" w:rsidR="00DE026F" w:rsidRDefault="00BC3E21">
      <w:pPr>
        <w:pStyle w:val="21"/>
      </w:pPr>
      <w:r>
        <w:t>感染性廃棄物処理記録台帳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DE026F" w14:paraId="42FFD51B" w14:textId="77777777">
        <w:tc>
          <w:tcPr>
            <w:tcW w:w="1440" w:type="dxa"/>
          </w:tcPr>
          <w:p w14:paraId="0E9B497A" w14:textId="77777777" w:rsidR="00DE026F" w:rsidRDefault="00BC3E21">
            <w:r>
              <w:t>処理日</w:t>
            </w:r>
          </w:p>
        </w:tc>
        <w:tc>
          <w:tcPr>
            <w:tcW w:w="1440" w:type="dxa"/>
          </w:tcPr>
          <w:p w14:paraId="765E7F38" w14:textId="77777777" w:rsidR="00DE026F" w:rsidRDefault="00BC3E21">
            <w:r>
              <w:t>種類</w:t>
            </w:r>
          </w:p>
        </w:tc>
        <w:tc>
          <w:tcPr>
            <w:tcW w:w="1440" w:type="dxa"/>
          </w:tcPr>
          <w:p w14:paraId="22438680" w14:textId="77777777" w:rsidR="00DE026F" w:rsidRDefault="00BC3E21">
            <w:r>
              <w:t>数量</w:t>
            </w:r>
          </w:p>
        </w:tc>
        <w:tc>
          <w:tcPr>
            <w:tcW w:w="1440" w:type="dxa"/>
          </w:tcPr>
          <w:p w14:paraId="138B996B" w14:textId="77777777" w:rsidR="00DE026F" w:rsidRDefault="00BC3E21">
            <w:r>
              <w:t>処理方法</w:t>
            </w:r>
          </w:p>
        </w:tc>
        <w:tc>
          <w:tcPr>
            <w:tcW w:w="1440" w:type="dxa"/>
          </w:tcPr>
          <w:p w14:paraId="6D896B32" w14:textId="77777777" w:rsidR="00DE026F" w:rsidRDefault="00BC3E21">
            <w:r>
              <w:t>委託先</w:t>
            </w:r>
          </w:p>
        </w:tc>
        <w:tc>
          <w:tcPr>
            <w:tcW w:w="1440" w:type="dxa"/>
          </w:tcPr>
          <w:p w14:paraId="4BE24863" w14:textId="77777777" w:rsidR="00DE026F" w:rsidRDefault="00BC3E21">
            <w:r>
              <w:t>担当者</w:t>
            </w:r>
          </w:p>
        </w:tc>
      </w:tr>
      <w:tr w:rsidR="00DE026F" w14:paraId="29F1F972" w14:textId="77777777">
        <w:tc>
          <w:tcPr>
            <w:tcW w:w="1440" w:type="dxa"/>
          </w:tcPr>
          <w:p w14:paraId="6B9F5029" w14:textId="77777777" w:rsidR="00DE026F" w:rsidRDefault="00DE026F"/>
        </w:tc>
        <w:tc>
          <w:tcPr>
            <w:tcW w:w="1440" w:type="dxa"/>
          </w:tcPr>
          <w:p w14:paraId="59D32F8D" w14:textId="77777777" w:rsidR="00DE026F" w:rsidRDefault="00DE026F"/>
        </w:tc>
        <w:tc>
          <w:tcPr>
            <w:tcW w:w="1440" w:type="dxa"/>
          </w:tcPr>
          <w:p w14:paraId="15D41B67" w14:textId="77777777" w:rsidR="00DE026F" w:rsidRDefault="00DE026F"/>
        </w:tc>
        <w:tc>
          <w:tcPr>
            <w:tcW w:w="1440" w:type="dxa"/>
          </w:tcPr>
          <w:p w14:paraId="052BF678" w14:textId="77777777" w:rsidR="00DE026F" w:rsidRDefault="00DE026F"/>
        </w:tc>
        <w:tc>
          <w:tcPr>
            <w:tcW w:w="1440" w:type="dxa"/>
          </w:tcPr>
          <w:p w14:paraId="029B07FA" w14:textId="77777777" w:rsidR="00DE026F" w:rsidRDefault="00DE026F"/>
        </w:tc>
        <w:tc>
          <w:tcPr>
            <w:tcW w:w="1440" w:type="dxa"/>
          </w:tcPr>
          <w:p w14:paraId="108DC602" w14:textId="77777777" w:rsidR="00DE026F" w:rsidRDefault="00DE026F"/>
        </w:tc>
      </w:tr>
      <w:tr w:rsidR="00DE026F" w14:paraId="765C858D" w14:textId="77777777">
        <w:tc>
          <w:tcPr>
            <w:tcW w:w="1440" w:type="dxa"/>
          </w:tcPr>
          <w:p w14:paraId="42FB562B" w14:textId="77777777" w:rsidR="00DE026F" w:rsidRDefault="00DE026F"/>
        </w:tc>
        <w:tc>
          <w:tcPr>
            <w:tcW w:w="1440" w:type="dxa"/>
          </w:tcPr>
          <w:p w14:paraId="3F257B99" w14:textId="77777777" w:rsidR="00DE026F" w:rsidRDefault="00DE026F"/>
        </w:tc>
        <w:tc>
          <w:tcPr>
            <w:tcW w:w="1440" w:type="dxa"/>
          </w:tcPr>
          <w:p w14:paraId="1C037D78" w14:textId="77777777" w:rsidR="00DE026F" w:rsidRDefault="00DE026F"/>
        </w:tc>
        <w:tc>
          <w:tcPr>
            <w:tcW w:w="1440" w:type="dxa"/>
          </w:tcPr>
          <w:p w14:paraId="4CF112C0" w14:textId="77777777" w:rsidR="00DE026F" w:rsidRDefault="00DE026F"/>
        </w:tc>
        <w:tc>
          <w:tcPr>
            <w:tcW w:w="1440" w:type="dxa"/>
          </w:tcPr>
          <w:p w14:paraId="57692564" w14:textId="77777777" w:rsidR="00DE026F" w:rsidRDefault="00DE026F"/>
        </w:tc>
        <w:tc>
          <w:tcPr>
            <w:tcW w:w="1440" w:type="dxa"/>
          </w:tcPr>
          <w:p w14:paraId="77CC5EC4" w14:textId="77777777" w:rsidR="00DE026F" w:rsidRDefault="00DE026F"/>
        </w:tc>
      </w:tr>
      <w:tr w:rsidR="00DE026F" w14:paraId="071BFEDB" w14:textId="77777777">
        <w:tc>
          <w:tcPr>
            <w:tcW w:w="1440" w:type="dxa"/>
          </w:tcPr>
          <w:p w14:paraId="567C7845" w14:textId="77777777" w:rsidR="00DE026F" w:rsidRDefault="00DE026F"/>
        </w:tc>
        <w:tc>
          <w:tcPr>
            <w:tcW w:w="1440" w:type="dxa"/>
          </w:tcPr>
          <w:p w14:paraId="001EC743" w14:textId="77777777" w:rsidR="00DE026F" w:rsidRDefault="00DE026F"/>
        </w:tc>
        <w:tc>
          <w:tcPr>
            <w:tcW w:w="1440" w:type="dxa"/>
          </w:tcPr>
          <w:p w14:paraId="37CF00CD" w14:textId="77777777" w:rsidR="00DE026F" w:rsidRDefault="00DE026F"/>
        </w:tc>
        <w:tc>
          <w:tcPr>
            <w:tcW w:w="1440" w:type="dxa"/>
          </w:tcPr>
          <w:p w14:paraId="1B5E7971" w14:textId="77777777" w:rsidR="00DE026F" w:rsidRDefault="00DE026F"/>
        </w:tc>
        <w:tc>
          <w:tcPr>
            <w:tcW w:w="1440" w:type="dxa"/>
          </w:tcPr>
          <w:p w14:paraId="1265920F" w14:textId="77777777" w:rsidR="00DE026F" w:rsidRDefault="00DE026F"/>
        </w:tc>
        <w:tc>
          <w:tcPr>
            <w:tcW w:w="1440" w:type="dxa"/>
          </w:tcPr>
          <w:p w14:paraId="5DA11127" w14:textId="77777777" w:rsidR="00DE026F" w:rsidRDefault="00DE026F"/>
        </w:tc>
      </w:tr>
    </w:tbl>
    <w:p w14:paraId="580CCA6F" w14:textId="77777777" w:rsidR="00DE026F" w:rsidRDefault="00BC3E21">
      <w:r>
        <w:br w:type="page"/>
      </w:r>
    </w:p>
    <w:p w14:paraId="7DBEEAF9" w14:textId="77777777" w:rsidR="00DE026F" w:rsidRDefault="00BC3E21">
      <w:pPr>
        <w:pStyle w:val="1"/>
      </w:pPr>
      <w:r>
        <w:lastRenderedPageBreak/>
        <w:t>褥瘡予防・対応マニュアル</w:t>
      </w:r>
    </w:p>
    <w:p w14:paraId="20494CD1" w14:textId="77777777" w:rsidR="00DE026F" w:rsidRDefault="00BC3E21">
      <w:r>
        <w:t>【目的】褥瘡予防と発生時早期対応。</w:t>
      </w:r>
    </w:p>
    <w:p w14:paraId="3714B93B" w14:textId="77777777" w:rsidR="00DE026F" w:rsidRDefault="00BC3E21">
      <w:r>
        <w:t>【予防策】体位変換・マットレス使用・皮膚観察。</w:t>
      </w:r>
    </w:p>
    <w:p w14:paraId="3112D4F7" w14:textId="77777777" w:rsidR="00DE026F" w:rsidRDefault="00BC3E21">
      <w:r>
        <w:t>【発生時】発見</w:t>
      </w:r>
      <w:r>
        <w:t>→</w:t>
      </w:r>
      <w:r>
        <w:t>看護師報告</w:t>
      </w:r>
      <w:r>
        <w:t>→</w:t>
      </w:r>
      <w:r>
        <w:t>医師指示</w:t>
      </w:r>
      <w:r>
        <w:t>→</w:t>
      </w:r>
      <w:r>
        <w:t>処置</w:t>
      </w:r>
      <w:r>
        <w:t>→</w:t>
      </w:r>
      <w:r>
        <w:t>再評価。</w:t>
      </w:r>
    </w:p>
    <w:p w14:paraId="3A80DAFA" w14:textId="77777777" w:rsidR="00DE026F" w:rsidRDefault="00BC3E21">
      <w:pPr>
        <w:pStyle w:val="21"/>
      </w:pPr>
      <w:r>
        <w:t>褥瘡発生報告書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DE026F" w14:paraId="79A515F0" w14:textId="77777777">
        <w:tc>
          <w:tcPr>
            <w:tcW w:w="1234" w:type="dxa"/>
          </w:tcPr>
          <w:p w14:paraId="7C5D7B17" w14:textId="77777777" w:rsidR="00DE026F" w:rsidRDefault="00BC3E21">
            <w:r>
              <w:t>発生日</w:t>
            </w:r>
          </w:p>
        </w:tc>
        <w:tc>
          <w:tcPr>
            <w:tcW w:w="1234" w:type="dxa"/>
          </w:tcPr>
          <w:p w14:paraId="29480C21" w14:textId="77777777" w:rsidR="00DE026F" w:rsidRDefault="00BC3E21">
            <w:r>
              <w:t>部位</w:t>
            </w:r>
          </w:p>
        </w:tc>
        <w:tc>
          <w:tcPr>
            <w:tcW w:w="1234" w:type="dxa"/>
          </w:tcPr>
          <w:p w14:paraId="4C0621AF" w14:textId="77777777" w:rsidR="00DE026F" w:rsidRDefault="00BC3E21">
            <w:r>
              <w:t>発見者</w:t>
            </w:r>
          </w:p>
        </w:tc>
        <w:tc>
          <w:tcPr>
            <w:tcW w:w="1234" w:type="dxa"/>
          </w:tcPr>
          <w:p w14:paraId="22470C4B" w14:textId="77777777" w:rsidR="00DE026F" w:rsidRDefault="00BC3E21">
            <w:r>
              <w:t>状態</w:t>
            </w:r>
          </w:p>
        </w:tc>
        <w:tc>
          <w:tcPr>
            <w:tcW w:w="1234" w:type="dxa"/>
          </w:tcPr>
          <w:p w14:paraId="1AAF6B4C" w14:textId="77777777" w:rsidR="00DE026F" w:rsidRDefault="00BC3E21">
            <w:r>
              <w:t>対応内容</w:t>
            </w:r>
          </w:p>
        </w:tc>
        <w:tc>
          <w:tcPr>
            <w:tcW w:w="1234" w:type="dxa"/>
          </w:tcPr>
          <w:p w14:paraId="56B3F21D" w14:textId="77777777" w:rsidR="00DE026F" w:rsidRDefault="00BC3E21">
            <w:r>
              <w:t>医師指示</w:t>
            </w:r>
          </w:p>
        </w:tc>
        <w:tc>
          <w:tcPr>
            <w:tcW w:w="1234" w:type="dxa"/>
          </w:tcPr>
          <w:p w14:paraId="505C2285" w14:textId="77777777" w:rsidR="00DE026F" w:rsidRDefault="00BC3E21">
            <w:r>
              <w:t>担当者</w:t>
            </w:r>
          </w:p>
        </w:tc>
      </w:tr>
      <w:tr w:rsidR="00DE026F" w14:paraId="738D6ED6" w14:textId="77777777">
        <w:tc>
          <w:tcPr>
            <w:tcW w:w="1234" w:type="dxa"/>
          </w:tcPr>
          <w:p w14:paraId="4D479F48" w14:textId="77777777" w:rsidR="00DE026F" w:rsidRDefault="00DE026F"/>
        </w:tc>
        <w:tc>
          <w:tcPr>
            <w:tcW w:w="1234" w:type="dxa"/>
          </w:tcPr>
          <w:p w14:paraId="4FB67A2D" w14:textId="77777777" w:rsidR="00DE026F" w:rsidRDefault="00DE026F"/>
        </w:tc>
        <w:tc>
          <w:tcPr>
            <w:tcW w:w="1234" w:type="dxa"/>
          </w:tcPr>
          <w:p w14:paraId="2679F534" w14:textId="77777777" w:rsidR="00DE026F" w:rsidRDefault="00DE026F"/>
        </w:tc>
        <w:tc>
          <w:tcPr>
            <w:tcW w:w="1234" w:type="dxa"/>
          </w:tcPr>
          <w:p w14:paraId="2FC0921A" w14:textId="77777777" w:rsidR="00DE026F" w:rsidRDefault="00DE026F"/>
        </w:tc>
        <w:tc>
          <w:tcPr>
            <w:tcW w:w="1234" w:type="dxa"/>
          </w:tcPr>
          <w:p w14:paraId="09B1AA7E" w14:textId="77777777" w:rsidR="00DE026F" w:rsidRDefault="00DE026F"/>
        </w:tc>
        <w:tc>
          <w:tcPr>
            <w:tcW w:w="1234" w:type="dxa"/>
          </w:tcPr>
          <w:p w14:paraId="7FE65C57" w14:textId="77777777" w:rsidR="00DE026F" w:rsidRDefault="00DE026F"/>
        </w:tc>
        <w:tc>
          <w:tcPr>
            <w:tcW w:w="1234" w:type="dxa"/>
          </w:tcPr>
          <w:p w14:paraId="43717B21" w14:textId="77777777" w:rsidR="00DE026F" w:rsidRDefault="00DE026F"/>
        </w:tc>
      </w:tr>
      <w:tr w:rsidR="00DE026F" w14:paraId="1575C469" w14:textId="77777777">
        <w:tc>
          <w:tcPr>
            <w:tcW w:w="1234" w:type="dxa"/>
          </w:tcPr>
          <w:p w14:paraId="13E1FD62" w14:textId="77777777" w:rsidR="00DE026F" w:rsidRDefault="00DE026F"/>
        </w:tc>
        <w:tc>
          <w:tcPr>
            <w:tcW w:w="1234" w:type="dxa"/>
          </w:tcPr>
          <w:p w14:paraId="5FC252F8" w14:textId="77777777" w:rsidR="00DE026F" w:rsidRDefault="00DE026F"/>
        </w:tc>
        <w:tc>
          <w:tcPr>
            <w:tcW w:w="1234" w:type="dxa"/>
          </w:tcPr>
          <w:p w14:paraId="3CF5E10A" w14:textId="77777777" w:rsidR="00DE026F" w:rsidRDefault="00DE026F"/>
        </w:tc>
        <w:tc>
          <w:tcPr>
            <w:tcW w:w="1234" w:type="dxa"/>
          </w:tcPr>
          <w:p w14:paraId="3FC71A85" w14:textId="77777777" w:rsidR="00DE026F" w:rsidRDefault="00DE026F"/>
        </w:tc>
        <w:tc>
          <w:tcPr>
            <w:tcW w:w="1234" w:type="dxa"/>
          </w:tcPr>
          <w:p w14:paraId="54512AA5" w14:textId="77777777" w:rsidR="00DE026F" w:rsidRDefault="00DE026F"/>
        </w:tc>
        <w:tc>
          <w:tcPr>
            <w:tcW w:w="1234" w:type="dxa"/>
          </w:tcPr>
          <w:p w14:paraId="48DDDCF9" w14:textId="77777777" w:rsidR="00DE026F" w:rsidRDefault="00DE026F"/>
        </w:tc>
        <w:tc>
          <w:tcPr>
            <w:tcW w:w="1234" w:type="dxa"/>
          </w:tcPr>
          <w:p w14:paraId="02731EEB" w14:textId="77777777" w:rsidR="00DE026F" w:rsidRDefault="00DE026F"/>
        </w:tc>
      </w:tr>
      <w:tr w:rsidR="00DE026F" w14:paraId="0570A1E1" w14:textId="77777777">
        <w:tc>
          <w:tcPr>
            <w:tcW w:w="1234" w:type="dxa"/>
          </w:tcPr>
          <w:p w14:paraId="61FCBBF9" w14:textId="77777777" w:rsidR="00DE026F" w:rsidRDefault="00DE026F"/>
        </w:tc>
        <w:tc>
          <w:tcPr>
            <w:tcW w:w="1234" w:type="dxa"/>
          </w:tcPr>
          <w:p w14:paraId="37C42968" w14:textId="77777777" w:rsidR="00DE026F" w:rsidRDefault="00DE026F"/>
        </w:tc>
        <w:tc>
          <w:tcPr>
            <w:tcW w:w="1234" w:type="dxa"/>
          </w:tcPr>
          <w:p w14:paraId="7B754E79" w14:textId="77777777" w:rsidR="00DE026F" w:rsidRDefault="00DE026F"/>
        </w:tc>
        <w:tc>
          <w:tcPr>
            <w:tcW w:w="1234" w:type="dxa"/>
          </w:tcPr>
          <w:p w14:paraId="5E507409" w14:textId="77777777" w:rsidR="00DE026F" w:rsidRDefault="00DE026F"/>
        </w:tc>
        <w:tc>
          <w:tcPr>
            <w:tcW w:w="1234" w:type="dxa"/>
          </w:tcPr>
          <w:p w14:paraId="4F8075AE" w14:textId="77777777" w:rsidR="00DE026F" w:rsidRDefault="00DE026F"/>
        </w:tc>
        <w:tc>
          <w:tcPr>
            <w:tcW w:w="1234" w:type="dxa"/>
          </w:tcPr>
          <w:p w14:paraId="0E2F6A15" w14:textId="77777777" w:rsidR="00DE026F" w:rsidRDefault="00DE026F"/>
        </w:tc>
        <w:tc>
          <w:tcPr>
            <w:tcW w:w="1234" w:type="dxa"/>
          </w:tcPr>
          <w:p w14:paraId="4C056140" w14:textId="77777777" w:rsidR="00DE026F" w:rsidRDefault="00DE026F"/>
        </w:tc>
      </w:tr>
    </w:tbl>
    <w:p w14:paraId="4CFEEF1B" w14:textId="77777777" w:rsidR="00DE026F" w:rsidRDefault="00BC3E21">
      <w:pPr>
        <w:pStyle w:val="21"/>
      </w:pPr>
      <w:r>
        <w:t>褥瘡経過記録表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DE026F" w14:paraId="72FF2DEB" w14:textId="77777777">
        <w:tc>
          <w:tcPr>
            <w:tcW w:w="1728" w:type="dxa"/>
          </w:tcPr>
          <w:p w14:paraId="6B27CBC1" w14:textId="77777777" w:rsidR="00DE026F" w:rsidRDefault="00BC3E21">
            <w:r>
              <w:t>日付</w:t>
            </w:r>
          </w:p>
        </w:tc>
        <w:tc>
          <w:tcPr>
            <w:tcW w:w="1728" w:type="dxa"/>
          </w:tcPr>
          <w:p w14:paraId="70C088FF" w14:textId="77777777" w:rsidR="00DE026F" w:rsidRDefault="00BC3E21">
            <w:r>
              <w:t>処置内容</w:t>
            </w:r>
          </w:p>
        </w:tc>
        <w:tc>
          <w:tcPr>
            <w:tcW w:w="1728" w:type="dxa"/>
          </w:tcPr>
          <w:p w14:paraId="25548F68" w14:textId="77777777" w:rsidR="00DE026F" w:rsidRDefault="00BC3E21">
            <w:r>
              <w:t>状態変化</w:t>
            </w:r>
          </w:p>
        </w:tc>
        <w:tc>
          <w:tcPr>
            <w:tcW w:w="1728" w:type="dxa"/>
          </w:tcPr>
          <w:p w14:paraId="380E4A7F" w14:textId="77777777" w:rsidR="00DE026F" w:rsidRDefault="00BC3E21">
            <w:r>
              <w:t>使用物品</w:t>
            </w:r>
          </w:p>
        </w:tc>
        <w:tc>
          <w:tcPr>
            <w:tcW w:w="1728" w:type="dxa"/>
          </w:tcPr>
          <w:p w14:paraId="174CA914" w14:textId="77777777" w:rsidR="00DE026F" w:rsidRDefault="00BC3E21">
            <w:r>
              <w:t>担当者</w:t>
            </w:r>
          </w:p>
        </w:tc>
      </w:tr>
      <w:tr w:rsidR="00DE026F" w14:paraId="44FC9642" w14:textId="77777777">
        <w:tc>
          <w:tcPr>
            <w:tcW w:w="1728" w:type="dxa"/>
          </w:tcPr>
          <w:p w14:paraId="42917F6A" w14:textId="77777777" w:rsidR="00DE026F" w:rsidRDefault="00DE026F"/>
        </w:tc>
        <w:tc>
          <w:tcPr>
            <w:tcW w:w="1728" w:type="dxa"/>
          </w:tcPr>
          <w:p w14:paraId="62D1E6D6" w14:textId="77777777" w:rsidR="00DE026F" w:rsidRDefault="00DE026F"/>
        </w:tc>
        <w:tc>
          <w:tcPr>
            <w:tcW w:w="1728" w:type="dxa"/>
          </w:tcPr>
          <w:p w14:paraId="29919E13" w14:textId="77777777" w:rsidR="00DE026F" w:rsidRDefault="00DE026F"/>
        </w:tc>
        <w:tc>
          <w:tcPr>
            <w:tcW w:w="1728" w:type="dxa"/>
          </w:tcPr>
          <w:p w14:paraId="5269FBD1" w14:textId="77777777" w:rsidR="00DE026F" w:rsidRDefault="00DE026F"/>
        </w:tc>
        <w:tc>
          <w:tcPr>
            <w:tcW w:w="1728" w:type="dxa"/>
          </w:tcPr>
          <w:p w14:paraId="46EE749D" w14:textId="77777777" w:rsidR="00DE026F" w:rsidRDefault="00DE026F"/>
        </w:tc>
      </w:tr>
      <w:tr w:rsidR="00DE026F" w14:paraId="27A305D4" w14:textId="77777777">
        <w:tc>
          <w:tcPr>
            <w:tcW w:w="1728" w:type="dxa"/>
          </w:tcPr>
          <w:p w14:paraId="291D390C" w14:textId="77777777" w:rsidR="00DE026F" w:rsidRDefault="00DE026F"/>
        </w:tc>
        <w:tc>
          <w:tcPr>
            <w:tcW w:w="1728" w:type="dxa"/>
          </w:tcPr>
          <w:p w14:paraId="61223762" w14:textId="77777777" w:rsidR="00DE026F" w:rsidRDefault="00DE026F"/>
        </w:tc>
        <w:tc>
          <w:tcPr>
            <w:tcW w:w="1728" w:type="dxa"/>
          </w:tcPr>
          <w:p w14:paraId="78B38304" w14:textId="77777777" w:rsidR="00DE026F" w:rsidRDefault="00DE026F"/>
        </w:tc>
        <w:tc>
          <w:tcPr>
            <w:tcW w:w="1728" w:type="dxa"/>
          </w:tcPr>
          <w:p w14:paraId="19B6172F" w14:textId="77777777" w:rsidR="00DE026F" w:rsidRDefault="00DE026F"/>
        </w:tc>
        <w:tc>
          <w:tcPr>
            <w:tcW w:w="1728" w:type="dxa"/>
          </w:tcPr>
          <w:p w14:paraId="79A41ABF" w14:textId="77777777" w:rsidR="00DE026F" w:rsidRDefault="00DE026F"/>
        </w:tc>
      </w:tr>
      <w:tr w:rsidR="00DE026F" w14:paraId="15901D8F" w14:textId="77777777">
        <w:tc>
          <w:tcPr>
            <w:tcW w:w="1728" w:type="dxa"/>
          </w:tcPr>
          <w:p w14:paraId="342353FB" w14:textId="77777777" w:rsidR="00DE026F" w:rsidRDefault="00DE026F"/>
        </w:tc>
        <w:tc>
          <w:tcPr>
            <w:tcW w:w="1728" w:type="dxa"/>
          </w:tcPr>
          <w:p w14:paraId="4A59A657" w14:textId="77777777" w:rsidR="00DE026F" w:rsidRDefault="00DE026F"/>
        </w:tc>
        <w:tc>
          <w:tcPr>
            <w:tcW w:w="1728" w:type="dxa"/>
          </w:tcPr>
          <w:p w14:paraId="6C4F2F7E" w14:textId="77777777" w:rsidR="00DE026F" w:rsidRDefault="00DE026F"/>
        </w:tc>
        <w:tc>
          <w:tcPr>
            <w:tcW w:w="1728" w:type="dxa"/>
          </w:tcPr>
          <w:p w14:paraId="34DDF773" w14:textId="77777777" w:rsidR="00DE026F" w:rsidRDefault="00DE026F"/>
        </w:tc>
        <w:tc>
          <w:tcPr>
            <w:tcW w:w="1728" w:type="dxa"/>
          </w:tcPr>
          <w:p w14:paraId="426AC839" w14:textId="77777777" w:rsidR="00DE026F" w:rsidRDefault="00DE026F"/>
        </w:tc>
      </w:tr>
    </w:tbl>
    <w:p w14:paraId="54CAAB2C" w14:textId="77777777" w:rsidR="00DE026F" w:rsidRDefault="00BC3E21">
      <w:r>
        <w:br w:type="page"/>
      </w:r>
    </w:p>
    <w:p w14:paraId="7E15A7F9" w14:textId="77777777" w:rsidR="00DE026F" w:rsidRDefault="00BC3E21">
      <w:pPr>
        <w:pStyle w:val="1"/>
      </w:pPr>
      <w:r>
        <w:lastRenderedPageBreak/>
        <w:t>口腔ケアマニュアル</w:t>
      </w:r>
    </w:p>
    <w:p w14:paraId="1FD9F85D" w14:textId="77777777" w:rsidR="00DE026F" w:rsidRDefault="00BC3E21">
      <w:r>
        <w:t>【目的】誤嚥性肺炎予防と</w:t>
      </w:r>
      <w:r>
        <w:t>QOL</w:t>
      </w:r>
      <w:r>
        <w:t>向上。</w:t>
      </w:r>
    </w:p>
    <w:p w14:paraId="0819D9D6" w14:textId="77777777" w:rsidR="00DE026F" w:rsidRDefault="00BC3E21">
      <w:r>
        <w:t>【ケア内容】毎食後の歯磨き、週数回の専門ケア。</w:t>
      </w:r>
    </w:p>
    <w:p w14:paraId="62C6963F" w14:textId="77777777" w:rsidR="00DE026F" w:rsidRDefault="00BC3E21">
      <w:pPr>
        <w:pStyle w:val="21"/>
      </w:pPr>
      <w:r>
        <w:t>口腔ケアチェックシート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DE026F" w14:paraId="242302BB" w14:textId="77777777">
        <w:tc>
          <w:tcPr>
            <w:tcW w:w="1440" w:type="dxa"/>
          </w:tcPr>
          <w:p w14:paraId="777ECEDE" w14:textId="77777777" w:rsidR="00DE026F" w:rsidRDefault="00BC3E21">
            <w:r>
              <w:t>日付</w:t>
            </w:r>
          </w:p>
        </w:tc>
        <w:tc>
          <w:tcPr>
            <w:tcW w:w="1440" w:type="dxa"/>
          </w:tcPr>
          <w:p w14:paraId="56D30EA3" w14:textId="77777777" w:rsidR="00DE026F" w:rsidRDefault="00BC3E21">
            <w:r>
              <w:t>利用者名</w:t>
            </w:r>
          </w:p>
        </w:tc>
        <w:tc>
          <w:tcPr>
            <w:tcW w:w="1440" w:type="dxa"/>
          </w:tcPr>
          <w:p w14:paraId="79E563F2" w14:textId="77777777" w:rsidR="00DE026F" w:rsidRDefault="00BC3E21">
            <w:r>
              <w:t>歯磨き実施</w:t>
            </w:r>
          </w:p>
        </w:tc>
        <w:tc>
          <w:tcPr>
            <w:tcW w:w="1440" w:type="dxa"/>
          </w:tcPr>
          <w:p w14:paraId="703827DB" w14:textId="77777777" w:rsidR="00DE026F" w:rsidRDefault="00BC3E21">
            <w:r>
              <w:t>入れ歯洗浄</w:t>
            </w:r>
          </w:p>
        </w:tc>
        <w:tc>
          <w:tcPr>
            <w:tcW w:w="1440" w:type="dxa"/>
          </w:tcPr>
          <w:p w14:paraId="355E00F5" w14:textId="77777777" w:rsidR="00DE026F" w:rsidRDefault="00BC3E21">
            <w:r>
              <w:t>口腔状態</w:t>
            </w:r>
          </w:p>
        </w:tc>
        <w:tc>
          <w:tcPr>
            <w:tcW w:w="1440" w:type="dxa"/>
          </w:tcPr>
          <w:p w14:paraId="72578F57" w14:textId="77777777" w:rsidR="00DE026F" w:rsidRDefault="00BC3E21">
            <w:r>
              <w:t>担当者</w:t>
            </w:r>
          </w:p>
        </w:tc>
      </w:tr>
      <w:tr w:rsidR="00DE026F" w14:paraId="5894575B" w14:textId="77777777">
        <w:tc>
          <w:tcPr>
            <w:tcW w:w="1440" w:type="dxa"/>
          </w:tcPr>
          <w:p w14:paraId="6E2C78CD" w14:textId="77777777" w:rsidR="00DE026F" w:rsidRDefault="00DE026F"/>
        </w:tc>
        <w:tc>
          <w:tcPr>
            <w:tcW w:w="1440" w:type="dxa"/>
          </w:tcPr>
          <w:p w14:paraId="3B234B81" w14:textId="77777777" w:rsidR="00DE026F" w:rsidRDefault="00DE026F"/>
        </w:tc>
        <w:tc>
          <w:tcPr>
            <w:tcW w:w="1440" w:type="dxa"/>
          </w:tcPr>
          <w:p w14:paraId="54147798" w14:textId="77777777" w:rsidR="00DE026F" w:rsidRDefault="00DE026F"/>
        </w:tc>
        <w:tc>
          <w:tcPr>
            <w:tcW w:w="1440" w:type="dxa"/>
          </w:tcPr>
          <w:p w14:paraId="303CD2FE" w14:textId="77777777" w:rsidR="00DE026F" w:rsidRDefault="00DE026F"/>
        </w:tc>
        <w:tc>
          <w:tcPr>
            <w:tcW w:w="1440" w:type="dxa"/>
          </w:tcPr>
          <w:p w14:paraId="28772CC5" w14:textId="77777777" w:rsidR="00DE026F" w:rsidRDefault="00DE026F"/>
        </w:tc>
        <w:tc>
          <w:tcPr>
            <w:tcW w:w="1440" w:type="dxa"/>
          </w:tcPr>
          <w:p w14:paraId="7EFD5AE1" w14:textId="77777777" w:rsidR="00DE026F" w:rsidRDefault="00DE026F"/>
        </w:tc>
      </w:tr>
      <w:tr w:rsidR="00DE026F" w14:paraId="4033788D" w14:textId="77777777">
        <w:tc>
          <w:tcPr>
            <w:tcW w:w="1440" w:type="dxa"/>
          </w:tcPr>
          <w:p w14:paraId="4DE8345F" w14:textId="77777777" w:rsidR="00DE026F" w:rsidRDefault="00DE026F"/>
        </w:tc>
        <w:tc>
          <w:tcPr>
            <w:tcW w:w="1440" w:type="dxa"/>
          </w:tcPr>
          <w:p w14:paraId="602DF315" w14:textId="77777777" w:rsidR="00DE026F" w:rsidRDefault="00DE026F"/>
        </w:tc>
        <w:tc>
          <w:tcPr>
            <w:tcW w:w="1440" w:type="dxa"/>
          </w:tcPr>
          <w:p w14:paraId="5DD34CE9" w14:textId="77777777" w:rsidR="00DE026F" w:rsidRDefault="00DE026F"/>
        </w:tc>
        <w:tc>
          <w:tcPr>
            <w:tcW w:w="1440" w:type="dxa"/>
          </w:tcPr>
          <w:p w14:paraId="0E3A7026" w14:textId="77777777" w:rsidR="00DE026F" w:rsidRDefault="00DE026F"/>
        </w:tc>
        <w:tc>
          <w:tcPr>
            <w:tcW w:w="1440" w:type="dxa"/>
          </w:tcPr>
          <w:p w14:paraId="72ED0BB0" w14:textId="77777777" w:rsidR="00DE026F" w:rsidRDefault="00DE026F"/>
        </w:tc>
        <w:tc>
          <w:tcPr>
            <w:tcW w:w="1440" w:type="dxa"/>
          </w:tcPr>
          <w:p w14:paraId="0AE64D63" w14:textId="77777777" w:rsidR="00DE026F" w:rsidRDefault="00DE026F"/>
        </w:tc>
      </w:tr>
      <w:tr w:rsidR="00DE026F" w14:paraId="0F1EDF97" w14:textId="77777777">
        <w:tc>
          <w:tcPr>
            <w:tcW w:w="1440" w:type="dxa"/>
          </w:tcPr>
          <w:p w14:paraId="11A48BCC" w14:textId="77777777" w:rsidR="00DE026F" w:rsidRDefault="00DE026F"/>
        </w:tc>
        <w:tc>
          <w:tcPr>
            <w:tcW w:w="1440" w:type="dxa"/>
          </w:tcPr>
          <w:p w14:paraId="7093CB07" w14:textId="77777777" w:rsidR="00DE026F" w:rsidRDefault="00DE026F"/>
        </w:tc>
        <w:tc>
          <w:tcPr>
            <w:tcW w:w="1440" w:type="dxa"/>
          </w:tcPr>
          <w:p w14:paraId="70E0B50A" w14:textId="77777777" w:rsidR="00DE026F" w:rsidRDefault="00DE026F"/>
        </w:tc>
        <w:tc>
          <w:tcPr>
            <w:tcW w:w="1440" w:type="dxa"/>
          </w:tcPr>
          <w:p w14:paraId="778E373E" w14:textId="77777777" w:rsidR="00DE026F" w:rsidRDefault="00DE026F"/>
        </w:tc>
        <w:tc>
          <w:tcPr>
            <w:tcW w:w="1440" w:type="dxa"/>
          </w:tcPr>
          <w:p w14:paraId="25EA340B" w14:textId="77777777" w:rsidR="00DE026F" w:rsidRDefault="00DE026F"/>
        </w:tc>
        <w:tc>
          <w:tcPr>
            <w:tcW w:w="1440" w:type="dxa"/>
          </w:tcPr>
          <w:p w14:paraId="24DB60D7" w14:textId="77777777" w:rsidR="00DE026F" w:rsidRDefault="00DE026F"/>
        </w:tc>
      </w:tr>
    </w:tbl>
    <w:p w14:paraId="2E746246" w14:textId="77777777" w:rsidR="00DE026F" w:rsidRDefault="00BC3E21">
      <w:r>
        <w:br w:type="page"/>
      </w:r>
    </w:p>
    <w:p w14:paraId="41EAD6AB" w14:textId="77777777" w:rsidR="00DE026F" w:rsidRDefault="00BC3E21">
      <w:pPr>
        <w:pStyle w:val="1"/>
      </w:pPr>
      <w:r>
        <w:lastRenderedPageBreak/>
        <w:t>個人情報保護マニュアル</w:t>
      </w:r>
    </w:p>
    <w:p w14:paraId="693A43A6" w14:textId="77777777" w:rsidR="00DE026F" w:rsidRDefault="00BC3E21">
      <w:r>
        <w:t>【目的】個人情報を適切に管理する。</w:t>
      </w:r>
    </w:p>
    <w:p w14:paraId="7B4215DC" w14:textId="77777777" w:rsidR="00DE026F" w:rsidRDefault="00BC3E21">
      <w:r>
        <w:t>【フロー】紙媒体は施錠保管、電子データはパスワード管理。</w:t>
      </w:r>
    </w:p>
    <w:p w14:paraId="314DA1F8" w14:textId="77777777" w:rsidR="00DE026F" w:rsidRDefault="00BC3E21">
      <w:pPr>
        <w:pStyle w:val="21"/>
      </w:pPr>
      <w:r>
        <w:t>情報漏洩報告書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DE026F" w14:paraId="1BDD121D" w14:textId="77777777">
        <w:tc>
          <w:tcPr>
            <w:tcW w:w="1440" w:type="dxa"/>
          </w:tcPr>
          <w:p w14:paraId="0A4B631D" w14:textId="77777777" w:rsidR="00DE026F" w:rsidRDefault="00BC3E21">
            <w:r>
              <w:t>発生日</w:t>
            </w:r>
          </w:p>
        </w:tc>
        <w:tc>
          <w:tcPr>
            <w:tcW w:w="1440" w:type="dxa"/>
          </w:tcPr>
          <w:p w14:paraId="092615F9" w14:textId="77777777" w:rsidR="00DE026F" w:rsidRDefault="00BC3E21">
            <w:r>
              <w:t>発生状況</w:t>
            </w:r>
          </w:p>
        </w:tc>
        <w:tc>
          <w:tcPr>
            <w:tcW w:w="1440" w:type="dxa"/>
          </w:tcPr>
          <w:p w14:paraId="15259B0C" w14:textId="77777777" w:rsidR="00DE026F" w:rsidRDefault="00BC3E21">
            <w:r>
              <w:t>影響範囲</w:t>
            </w:r>
          </w:p>
        </w:tc>
        <w:tc>
          <w:tcPr>
            <w:tcW w:w="1440" w:type="dxa"/>
          </w:tcPr>
          <w:p w14:paraId="5EB9C791" w14:textId="77777777" w:rsidR="00DE026F" w:rsidRDefault="00BC3E21">
            <w:r>
              <w:t>対応内容</w:t>
            </w:r>
          </w:p>
        </w:tc>
        <w:tc>
          <w:tcPr>
            <w:tcW w:w="1440" w:type="dxa"/>
          </w:tcPr>
          <w:p w14:paraId="1829E5F6" w14:textId="77777777" w:rsidR="00DE026F" w:rsidRDefault="00BC3E21">
            <w:r>
              <w:t>再発防止策</w:t>
            </w:r>
          </w:p>
        </w:tc>
        <w:tc>
          <w:tcPr>
            <w:tcW w:w="1440" w:type="dxa"/>
          </w:tcPr>
          <w:p w14:paraId="1A67D181" w14:textId="77777777" w:rsidR="00DE026F" w:rsidRDefault="00BC3E21">
            <w:r>
              <w:t>担当者</w:t>
            </w:r>
          </w:p>
        </w:tc>
      </w:tr>
      <w:tr w:rsidR="00DE026F" w14:paraId="04C98905" w14:textId="77777777">
        <w:tc>
          <w:tcPr>
            <w:tcW w:w="1440" w:type="dxa"/>
          </w:tcPr>
          <w:p w14:paraId="0B0CAA9F" w14:textId="77777777" w:rsidR="00DE026F" w:rsidRDefault="00DE026F"/>
        </w:tc>
        <w:tc>
          <w:tcPr>
            <w:tcW w:w="1440" w:type="dxa"/>
          </w:tcPr>
          <w:p w14:paraId="7FFA3F32" w14:textId="77777777" w:rsidR="00DE026F" w:rsidRDefault="00DE026F"/>
        </w:tc>
        <w:tc>
          <w:tcPr>
            <w:tcW w:w="1440" w:type="dxa"/>
          </w:tcPr>
          <w:p w14:paraId="3E574C29" w14:textId="77777777" w:rsidR="00DE026F" w:rsidRDefault="00DE026F"/>
        </w:tc>
        <w:tc>
          <w:tcPr>
            <w:tcW w:w="1440" w:type="dxa"/>
          </w:tcPr>
          <w:p w14:paraId="3611A96C" w14:textId="77777777" w:rsidR="00DE026F" w:rsidRDefault="00DE026F"/>
        </w:tc>
        <w:tc>
          <w:tcPr>
            <w:tcW w:w="1440" w:type="dxa"/>
          </w:tcPr>
          <w:p w14:paraId="5E9D569F" w14:textId="77777777" w:rsidR="00DE026F" w:rsidRDefault="00DE026F"/>
        </w:tc>
        <w:tc>
          <w:tcPr>
            <w:tcW w:w="1440" w:type="dxa"/>
          </w:tcPr>
          <w:p w14:paraId="5510E90D" w14:textId="77777777" w:rsidR="00DE026F" w:rsidRDefault="00DE026F"/>
        </w:tc>
      </w:tr>
      <w:tr w:rsidR="00DE026F" w14:paraId="06AC5B28" w14:textId="77777777">
        <w:tc>
          <w:tcPr>
            <w:tcW w:w="1440" w:type="dxa"/>
          </w:tcPr>
          <w:p w14:paraId="429A2A81" w14:textId="77777777" w:rsidR="00DE026F" w:rsidRDefault="00DE026F"/>
        </w:tc>
        <w:tc>
          <w:tcPr>
            <w:tcW w:w="1440" w:type="dxa"/>
          </w:tcPr>
          <w:p w14:paraId="2F5D7EB7" w14:textId="77777777" w:rsidR="00DE026F" w:rsidRDefault="00DE026F"/>
        </w:tc>
        <w:tc>
          <w:tcPr>
            <w:tcW w:w="1440" w:type="dxa"/>
          </w:tcPr>
          <w:p w14:paraId="30D302E1" w14:textId="77777777" w:rsidR="00DE026F" w:rsidRDefault="00DE026F"/>
        </w:tc>
        <w:tc>
          <w:tcPr>
            <w:tcW w:w="1440" w:type="dxa"/>
          </w:tcPr>
          <w:p w14:paraId="2A2247C2" w14:textId="77777777" w:rsidR="00DE026F" w:rsidRDefault="00DE026F"/>
        </w:tc>
        <w:tc>
          <w:tcPr>
            <w:tcW w:w="1440" w:type="dxa"/>
          </w:tcPr>
          <w:p w14:paraId="0027A50A" w14:textId="77777777" w:rsidR="00DE026F" w:rsidRDefault="00DE026F"/>
        </w:tc>
        <w:tc>
          <w:tcPr>
            <w:tcW w:w="1440" w:type="dxa"/>
          </w:tcPr>
          <w:p w14:paraId="0BF30FA8" w14:textId="77777777" w:rsidR="00DE026F" w:rsidRDefault="00DE026F"/>
        </w:tc>
      </w:tr>
      <w:tr w:rsidR="00DE026F" w14:paraId="7018ABC8" w14:textId="77777777">
        <w:tc>
          <w:tcPr>
            <w:tcW w:w="1440" w:type="dxa"/>
          </w:tcPr>
          <w:p w14:paraId="1D31B516" w14:textId="77777777" w:rsidR="00DE026F" w:rsidRDefault="00DE026F"/>
        </w:tc>
        <w:tc>
          <w:tcPr>
            <w:tcW w:w="1440" w:type="dxa"/>
          </w:tcPr>
          <w:p w14:paraId="16FCD3FB" w14:textId="77777777" w:rsidR="00DE026F" w:rsidRDefault="00DE026F"/>
        </w:tc>
        <w:tc>
          <w:tcPr>
            <w:tcW w:w="1440" w:type="dxa"/>
          </w:tcPr>
          <w:p w14:paraId="7C5CFF99" w14:textId="77777777" w:rsidR="00DE026F" w:rsidRDefault="00DE026F"/>
        </w:tc>
        <w:tc>
          <w:tcPr>
            <w:tcW w:w="1440" w:type="dxa"/>
          </w:tcPr>
          <w:p w14:paraId="16C6925C" w14:textId="77777777" w:rsidR="00DE026F" w:rsidRDefault="00DE026F"/>
        </w:tc>
        <w:tc>
          <w:tcPr>
            <w:tcW w:w="1440" w:type="dxa"/>
          </w:tcPr>
          <w:p w14:paraId="5AE99DF9" w14:textId="77777777" w:rsidR="00DE026F" w:rsidRDefault="00DE026F"/>
        </w:tc>
        <w:tc>
          <w:tcPr>
            <w:tcW w:w="1440" w:type="dxa"/>
          </w:tcPr>
          <w:p w14:paraId="4F5E4F65" w14:textId="77777777" w:rsidR="00DE026F" w:rsidRDefault="00DE026F"/>
        </w:tc>
      </w:tr>
    </w:tbl>
    <w:p w14:paraId="7D830C8A" w14:textId="77777777" w:rsidR="00DE026F" w:rsidRDefault="00BC3E21">
      <w:r>
        <w:br w:type="page"/>
      </w:r>
    </w:p>
    <w:p w14:paraId="27851820" w14:textId="77777777" w:rsidR="00DE026F" w:rsidRDefault="00BC3E21">
      <w:pPr>
        <w:pStyle w:val="1"/>
      </w:pPr>
      <w:r>
        <w:lastRenderedPageBreak/>
        <w:t>身体拘束廃止マニュアル</w:t>
      </w:r>
    </w:p>
    <w:p w14:paraId="37FB3F32" w14:textId="77777777" w:rsidR="00DE026F" w:rsidRDefault="00BC3E21">
      <w:r>
        <w:t>【目的】身体拘束ゼロの推進。</w:t>
      </w:r>
    </w:p>
    <w:p w14:paraId="3CB42427" w14:textId="77777777" w:rsidR="00DE026F" w:rsidRDefault="00BC3E21">
      <w:r>
        <w:t>【フロー】例外対応は多職種会議で検討</w:t>
      </w:r>
      <w:r>
        <w:t>→</w:t>
      </w:r>
      <w:r>
        <w:t>記録</w:t>
      </w:r>
      <w:r>
        <w:t>→</w:t>
      </w:r>
      <w:r>
        <w:t>解除後評価。</w:t>
      </w:r>
    </w:p>
    <w:p w14:paraId="65DBAE7A" w14:textId="77777777" w:rsidR="00DE026F" w:rsidRDefault="00BC3E21">
      <w:pPr>
        <w:pStyle w:val="21"/>
      </w:pPr>
      <w:r>
        <w:t>身体拘束記録票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DE026F" w14:paraId="1F141F2B" w14:textId="77777777">
        <w:tc>
          <w:tcPr>
            <w:tcW w:w="1234" w:type="dxa"/>
          </w:tcPr>
          <w:p w14:paraId="37C17502" w14:textId="77777777" w:rsidR="00DE026F" w:rsidRDefault="00BC3E21">
            <w:r>
              <w:t>対象者</w:t>
            </w:r>
          </w:p>
        </w:tc>
        <w:tc>
          <w:tcPr>
            <w:tcW w:w="1234" w:type="dxa"/>
          </w:tcPr>
          <w:p w14:paraId="13B29CC7" w14:textId="77777777" w:rsidR="00DE026F" w:rsidRDefault="00BC3E21">
            <w:r>
              <w:t>実施日</w:t>
            </w:r>
          </w:p>
        </w:tc>
        <w:tc>
          <w:tcPr>
            <w:tcW w:w="1234" w:type="dxa"/>
          </w:tcPr>
          <w:p w14:paraId="463549F8" w14:textId="77777777" w:rsidR="00DE026F" w:rsidRDefault="00BC3E21">
            <w:r>
              <w:t>理由</w:t>
            </w:r>
          </w:p>
        </w:tc>
        <w:tc>
          <w:tcPr>
            <w:tcW w:w="1234" w:type="dxa"/>
          </w:tcPr>
          <w:p w14:paraId="05639A78" w14:textId="77777777" w:rsidR="00DE026F" w:rsidRDefault="00BC3E21">
            <w:r>
              <w:t>方法</w:t>
            </w:r>
          </w:p>
        </w:tc>
        <w:tc>
          <w:tcPr>
            <w:tcW w:w="1234" w:type="dxa"/>
          </w:tcPr>
          <w:p w14:paraId="5929AC3C" w14:textId="77777777" w:rsidR="00DE026F" w:rsidRDefault="00BC3E21">
            <w:r>
              <w:t>時間</w:t>
            </w:r>
          </w:p>
        </w:tc>
        <w:tc>
          <w:tcPr>
            <w:tcW w:w="1234" w:type="dxa"/>
          </w:tcPr>
          <w:p w14:paraId="2EC14DF1" w14:textId="77777777" w:rsidR="00DE026F" w:rsidRDefault="00BC3E21">
            <w:r>
              <w:t>解除時刻</w:t>
            </w:r>
          </w:p>
        </w:tc>
        <w:tc>
          <w:tcPr>
            <w:tcW w:w="1234" w:type="dxa"/>
          </w:tcPr>
          <w:p w14:paraId="48D7EFB7" w14:textId="77777777" w:rsidR="00DE026F" w:rsidRDefault="00BC3E21">
            <w:r>
              <w:t>担当者</w:t>
            </w:r>
          </w:p>
        </w:tc>
      </w:tr>
      <w:tr w:rsidR="00DE026F" w14:paraId="16DEC519" w14:textId="77777777">
        <w:tc>
          <w:tcPr>
            <w:tcW w:w="1234" w:type="dxa"/>
          </w:tcPr>
          <w:p w14:paraId="61FC665F" w14:textId="77777777" w:rsidR="00DE026F" w:rsidRDefault="00DE026F"/>
        </w:tc>
        <w:tc>
          <w:tcPr>
            <w:tcW w:w="1234" w:type="dxa"/>
          </w:tcPr>
          <w:p w14:paraId="2AF03BBB" w14:textId="77777777" w:rsidR="00DE026F" w:rsidRDefault="00DE026F"/>
        </w:tc>
        <w:tc>
          <w:tcPr>
            <w:tcW w:w="1234" w:type="dxa"/>
          </w:tcPr>
          <w:p w14:paraId="5D303A04" w14:textId="77777777" w:rsidR="00DE026F" w:rsidRDefault="00DE026F"/>
        </w:tc>
        <w:tc>
          <w:tcPr>
            <w:tcW w:w="1234" w:type="dxa"/>
          </w:tcPr>
          <w:p w14:paraId="1E2E976D" w14:textId="77777777" w:rsidR="00DE026F" w:rsidRDefault="00DE026F"/>
        </w:tc>
        <w:tc>
          <w:tcPr>
            <w:tcW w:w="1234" w:type="dxa"/>
          </w:tcPr>
          <w:p w14:paraId="7C74009E" w14:textId="77777777" w:rsidR="00DE026F" w:rsidRDefault="00DE026F"/>
        </w:tc>
        <w:tc>
          <w:tcPr>
            <w:tcW w:w="1234" w:type="dxa"/>
          </w:tcPr>
          <w:p w14:paraId="0948AD4E" w14:textId="77777777" w:rsidR="00DE026F" w:rsidRDefault="00DE026F"/>
        </w:tc>
        <w:tc>
          <w:tcPr>
            <w:tcW w:w="1234" w:type="dxa"/>
          </w:tcPr>
          <w:p w14:paraId="442D3F36" w14:textId="77777777" w:rsidR="00DE026F" w:rsidRDefault="00DE026F"/>
        </w:tc>
      </w:tr>
      <w:tr w:rsidR="00DE026F" w14:paraId="58BA1574" w14:textId="77777777">
        <w:tc>
          <w:tcPr>
            <w:tcW w:w="1234" w:type="dxa"/>
          </w:tcPr>
          <w:p w14:paraId="7B3C18AF" w14:textId="77777777" w:rsidR="00DE026F" w:rsidRDefault="00DE026F"/>
        </w:tc>
        <w:tc>
          <w:tcPr>
            <w:tcW w:w="1234" w:type="dxa"/>
          </w:tcPr>
          <w:p w14:paraId="4B8BF227" w14:textId="77777777" w:rsidR="00DE026F" w:rsidRDefault="00DE026F"/>
        </w:tc>
        <w:tc>
          <w:tcPr>
            <w:tcW w:w="1234" w:type="dxa"/>
          </w:tcPr>
          <w:p w14:paraId="52D59051" w14:textId="77777777" w:rsidR="00DE026F" w:rsidRDefault="00DE026F"/>
        </w:tc>
        <w:tc>
          <w:tcPr>
            <w:tcW w:w="1234" w:type="dxa"/>
          </w:tcPr>
          <w:p w14:paraId="660E5E92" w14:textId="77777777" w:rsidR="00DE026F" w:rsidRDefault="00DE026F"/>
        </w:tc>
        <w:tc>
          <w:tcPr>
            <w:tcW w:w="1234" w:type="dxa"/>
          </w:tcPr>
          <w:p w14:paraId="504EFD80" w14:textId="77777777" w:rsidR="00DE026F" w:rsidRDefault="00DE026F"/>
        </w:tc>
        <w:tc>
          <w:tcPr>
            <w:tcW w:w="1234" w:type="dxa"/>
          </w:tcPr>
          <w:p w14:paraId="015FF803" w14:textId="77777777" w:rsidR="00DE026F" w:rsidRDefault="00DE026F"/>
        </w:tc>
        <w:tc>
          <w:tcPr>
            <w:tcW w:w="1234" w:type="dxa"/>
          </w:tcPr>
          <w:p w14:paraId="59BA3CC4" w14:textId="77777777" w:rsidR="00DE026F" w:rsidRDefault="00DE026F"/>
        </w:tc>
      </w:tr>
      <w:tr w:rsidR="00DE026F" w14:paraId="41596A48" w14:textId="77777777">
        <w:tc>
          <w:tcPr>
            <w:tcW w:w="1234" w:type="dxa"/>
          </w:tcPr>
          <w:p w14:paraId="75D5D7CE" w14:textId="77777777" w:rsidR="00DE026F" w:rsidRDefault="00DE026F"/>
        </w:tc>
        <w:tc>
          <w:tcPr>
            <w:tcW w:w="1234" w:type="dxa"/>
          </w:tcPr>
          <w:p w14:paraId="27C503C8" w14:textId="77777777" w:rsidR="00DE026F" w:rsidRDefault="00DE026F"/>
        </w:tc>
        <w:tc>
          <w:tcPr>
            <w:tcW w:w="1234" w:type="dxa"/>
          </w:tcPr>
          <w:p w14:paraId="4C2ED291" w14:textId="77777777" w:rsidR="00DE026F" w:rsidRDefault="00DE026F"/>
        </w:tc>
        <w:tc>
          <w:tcPr>
            <w:tcW w:w="1234" w:type="dxa"/>
          </w:tcPr>
          <w:p w14:paraId="3B50E662" w14:textId="77777777" w:rsidR="00DE026F" w:rsidRDefault="00DE026F"/>
        </w:tc>
        <w:tc>
          <w:tcPr>
            <w:tcW w:w="1234" w:type="dxa"/>
          </w:tcPr>
          <w:p w14:paraId="29A3120C" w14:textId="77777777" w:rsidR="00DE026F" w:rsidRDefault="00DE026F"/>
        </w:tc>
        <w:tc>
          <w:tcPr>
            <w:tcW w:w="1234" w:type="dxa"/>
          </w:tcPr>
          <w:p w14:paraId="6FF82508" w14:textId="77777777" w:rsidR="00DE026F" w:rsidRDefault="00DE026F"/>
        </w:tc>
        <w:tc>
          <w:tcPr>
            <w:tcW w:w="1234" w:type="dxa"/>
          </w:tcPr>
          <w:p w14:paraId="1DB19979" w14:textId="77777777" w:rsidR="00DE026F" w:rsidRDefault="00DE026F"/>
        </w:tc>
      </w:tr>
    </w:tbl>
    <w:p w14:paraId="1E4F3642" w14:textId="77777777" w:rsidR="00DE026F" w:rsidRDefault="00BC3E21">
      <w:pPr>
        <w:pStyle w:val="21"/>
      </w:pPr>
      <w:r>
        <w:t>身体拘束検討会議録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DE026F" w14:paraId="39F47095" w14:textId="77777777">
        <w:tc>
          <w:tcPr>
            <w:tcW w:w="1440" w:type="dxa"/>
          </w:tcPr>
          <w:p w14:paraId="5FE13D3E" w14:textId="77777777" w:rsidR="00DE026F" w:rsidRDefault="00BC3E21">
            <w:r>
              <w:t>会議日</w:t>
            </w:r>
          </w:p>
        </w:tc>
        <w:tc>
          <w:tcPr>
            <w:tcW w:w="1440" w:type="dxa"/>
          </w:tcPr>
          <w:p w14:paraId="5EF7675C" w14:textId="77777777" w:rsidR="00DE026F" w:rsidRDefault="00BC3E21">
            <w:r>
              <w:t>参加者</w:t>
            </w:r>
          </w:p>
        </w:tc>
        <w:tc>
          <w:tcPr>
            <w:tcW w:w="1440" w:type="dxa"/>
          </w:tcPr>
          <w:p w14:paraId="54452D94" w14:textId="77777777" w:rsidR="00DE026F" w:rsidRDefault="00BC3E21">
            <w:r>
              <w:t>対象者</w:t>
            </w:r>
          </w:p>
        </w:tc>
        <w:tc>
          <w:tcPr>
            <w:tcW w:w="1440" w:type="dxa"/>
          </w:tcPr>
          <w:p w14:paraId="7CF27BF3" w14:textId="77777777" w:rsidR="00DE026F" w:rsidRDefault="00BC3E21">
            <w:r>
              <w:t>検討内容</w:t>
            </w:r>
          </w:p>
        </w:tc>
        <w:tc>
          <w:tcPr>
            <w:tcW w:w="1440" w:type="dxa"/>
          </w:tcPr>
          <w:p w14:paraId="7D8A1CC6" w14:textId="77777777" w:rsidR="00DE026F" w:rsidRDefault="00BC3E21">
            <w:r>
              <w:t>結論</w:t>
            </w:r>
          </w:p>
        </w:tc>
        <w:tc>
          <w:tcPr>
            <w:tcW w:w="1440" w:type="dxa"/>
          </w:tcPr>
          <w:p w14:paraId="367ECFBE" w14:textId="77777777" w:rsidR="00DE026F" w:rsidRDefault="00BC3E21">
            <w:r>
              <w:t>担当者</w:t>
            </w:r>
          </w:p>
        </w:tc>
      </w:tr>
      <w:tr w:rsidR="00DE026F" w14:paraId="250B5CBF" w14:textId="77777777">
        <w:tc>
          <w:tcPr>
            <w:tcW w:w="1440" w:type="dxa"/>
          </w:tcPr>
          <w:p w14:paraId="718FE5AF" w14:textId="77777777" w:rsidR="00DE026F" w:rsidRDefault="00DE026F"/>
        </w:tc>
        <w:tc>
          <w:tcPr>
            <w:tcW w:w="1440" w:type="dxa"/>
          </w:tcPr>
          <w:p w14:paraId="386B5772" w14:textId="77777777" w:rsidR="00DE026F" w:rsidRDefault="00DE026F"/>
        </w:tc>
        <w:tc>
          <w:tcPr>
            <w:tcW w:w="1440" w:type="dxa"/>
          </w:tcPr>
          <w:p w14:paraId="09068769" w14:textId="77777777" w:rsidR="00DE026F" w:rsidRDefault="00DE026F"/>
        </w:tc>
        <w:tc>
          <w:tcPr>
            <w:tcW w:w="1440" w:type="dxa"/>
          </w:tcPr>
          <w:p w14:paraId="5A857633" w14:textId="77777777" w:rsidR="00DE026F" w:rsidRDefault="00DE026F"/>
        </w:tc>
        <w:tc>
          <w:tcPr>
            <w:tcW w:w="1440" w:type="dxa"/>
          </w:tcPr>
          <w:p w14:paraId="4D145F10" w14:textId="77777777" w:rsidR="00DE026F" w:rsidRDefault="00DE026F"/>
        </w:tc>
        <w:tc>
          <w:tcPr>
            <w:tcW w:w="1440" w:type="dxa"/>
          </w:tcPr>
          <w:p w14:paraId="218FCF2B" w14:textId="77777777" w:rsidR="00DE026F" w:rsidRDefault="00DE026F"/>
        </w:tc>
      </w:tr>
      <w:tr w:rsidR="00DE026F" w14:paraId="2114ABC6" w14:textId="77777777">
        <w:tc>
          <w:tcPr>
            <w:tcW w:w="1440" w:type="dxa"/>
          </w:tcPr>
          <w:p w14:paraId="3FF1C0BC" w14:textId="77777777" w:rsidR="00DE026F" w:rsidRDefault="00DE026F"/>
        </w:tc>
        <w:tc>
          <w:tcPr>
            <w:tcW w:w="1440" w:type="dxa"/>
          </w:tcPr>
          <w:p w14:paraId="387BD2BA" w14:textId="77777777" w:rsidR="00DE026F" w:rsidRDefault="00DE026F"/>
        </w:tc>
        <w:tc>
          <w:tcPr>
            <w:tcW w:w="1440" w:type="dxa"/>
          </w:tcPr>
          <w:p w14:paraId="014FE8AA" w14:textId="77777777" w:rsidR="00DE026F" w:rsidRDefault="00DE026F"/>
        </w:tc>
        <w:tc>
          <w:tcPr>
            <w:tcW w:w="1440" w:type="dxa"/>
          </w:tcPr>
          <w:p w14:paraId="719D72FC" w14:textId="77777777" w:rsidR="00DE026F" w:rsidRDefault="00DE026F"/>
        </w:tc>
        <w:tc>
          <w:tcPr>
            <w:tcW w:w="1440" w:type="dxa"/>
          </w:tcPr>
          <w:p w14:paraId="4051145A" w14:textId="77777777" w:rsidR="00DE026F" w:rsidRDefault="00DE026F"/>
        </w:tc>
        <w:tc>
          <w:tcPr>
            <w:tcW w:w="1440" w:type="dxa"/>
          </w:tcPr>
          <w:p w14:paraId="018687CE" w14:textId="77777777" w:rsidR="00DE026F" w:rsidRDefault="00DE026F"/>
        </w:tc>
      </w:tr>
      <w:tr w:rsidR="00DE026F" w14:paraId="1C727637" w14:textId="77777777">
        <w:tc>
          <w:tcPr>
            <w:tcW w:w="1440" w:type="dxa"/>
          </w:tcPr>
          <w:p w14:paraId="310E9EC7" w14:textId="77777777" w:rsidR="00DE026F" w:rsidRDefault="00DE026F"/>
        </w:tc>
        <w:tc>
          <w:tcPr>
            <w:tcW w:w="1440" w:type="dxa"/>
          </w:tcPr>
          <w:p w14:paraId="18EE0117" w14:textId="77777777" w:rsidR="00DE026F" w:rsidRDefault="00DE026F"/>
        </w:tc>
        <w:tc>
          <w:tcPr>
            <w:tcW w:w="1440" w:type="dxa"/>
          </w:tcPr>
          <w:p w14:paraId="7DAC8171" w14:textId="77777777" w:rsidR="00DE026F" w:rsidRDefault="00DE026F"/>
        </w:tc>
        <w:tc>
          <w:tcPr>
            <w:tcW w:w="1440" w:type="dxa"/>
          </w:tcPr>
          <w:p w14:paraId="5DEEC971" w14:textId="77777777" w:rsidR="00DE026F" w:rsidRDefault="00DE026F"/>
        </w:tc>
        <w:tc>
          <w:tcPr>
            <w:tcW w:w="1440" w:type="dxa"/>
          </w:tcPr>
          <w:p w14:paraId="2CB2E02C" w14:textId="77777777" w:rsidR="00DE026F" w:rsidRDefault="00DE026F"/>
        </w:tc>
        <w:tc>
          <w:tcPr>
            <w:tcW w:w="1440" w:type="dxa"/>
          </w:tcPr>
          <w:p w14:paraId="654ED5F1" w14:textId="77777777" w:rsidR="00DE026F" w:rsidRDefault="00DE026F"/>
        </w:tc>
      </w:tr>
    </w:tbl>
    <w:p w14:paraId="6E2DD287" w14:textId="77777777" w:rsidR="00DE026F" w:rsidRDefault="00BC3E21">
      <w:r>
        <w:br w:type="page"/>
      </w:r>
    </w:p>
    <w:p w14:paraId="6EF267DF" w14:textId="77777777" w:rsidR="00DE026F" w:rsidRDefault="00BC3E21">
      <w:pPr>
        <w:pStyle w:val="1"/>
      </w:pPr>
      <w:r>
        <w:lastRenderedPageBreak/>
        <w:t>虐待防止マニュアル</w:t>
      </w:r>
    </w:p>
    <w:p w14:paraId="6487C654" w14:textId="77777777" w:rsidR="00DE026F" w:rsidRDefault="00BC3E21">
      <w:r>
        <w:t>【目的】虐待を未然に防止し、発生時は迅速対応。</w:t>
      </w:r>
    </w:p>
    <w:p w14:paraId="47D06925" w14:textId="77777777" w:rsidR="00DE026F" w:rsidRDefault="00BC3E21">
      <w:r>
        <w:t>【対策】職員研修、通報制度、外部窓口整備。</w:t>
      </w:r>
    </w:p>
    <w:p w14:paraId="215E881C" w14:textId="77777777" w:rsidR="00DE026F" w:rsidRDefault="00BC3E21">
      <w:pPr>
        <w:pStyle w:val="21"/>
      </w:pPr>
      <w:r>
        <w:t>虐待発生報告書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DE026F" w14:paraId="02FAB308" w14:textId="77777777">
        <w:tc>
          <w:tcPr>
            <w:tcW w:w="1080" w:type="dxa"/>
          </w:tcPr>
          <w:p w14:paraId="42986194" w14:textId="77777777" w:rsidR="00DE026F" w:rsidRDefault="00BC3E21">
            <w:r>
              <w:t>発生日</w:t>
            </w:r>
          </w:p>
        </w:tc>
        <w:tc>
          <w:tcPr>
            <w:tcW w:w="1080" w:type="dxa"/>
          </w:tcPr>
          <w:p w14:paraId="6AE44893" w14:textId="77777777" w:rsidR="00DE026F" w:rsidRDefault="00BC3E21">
            <w:r>
              <w:t>発生場所</w:t>
            </w:r>
          </w:p>
        </w:tc>
        <w:tc>
          <w:tcPr>
            <w:tcW w:w="1080" w:type="dxa"/>
          </w:tcPr>
          <w:p w14:paraId="52C11920" w14:textId="77777777" w:rsidR="00DE026F" w:rsidRDefault="00BC3E21">
            <w:r>
              <w:t>虐待の種類</w:t>
            </w:r>
          </w:p>
        </w:tc>
        <w:tc>
          <w:tcPr>
            <w:tcW w:w="1080" w:type="dxa"/>
          </w:tcPr>
          <w:p w14:paraId="54EDC5DA" w14:textId="77777777" w:rsidR="00DE026F" w:rsidRDefault="00BC3E21">
            <w:r>
              <w:t>状況</w:t>
            </w:r>
          </w:p>
        </w:tc>
        <w:tc>
          <w:tcPr>
            <w:tcW w:w="1080" w:type="dxa"/>
          </w:tcPr>
          <w:p w14:paraId="40CC253F" w14:textId="77777777" w:rsidR="00DE026F" w:rsidRDefault="00BC3E21">
            <w:r>
              <w:t>通報有無</w:t>
            </w:r>
          </w:p>
        </w:tc>
        <w:tc>
          <w:tcPr>
            <w:tcW w:w="1080" w:type="dxa"/>
          </w:tcPr>
          <w:p w14:paraId="72BDAEAF" w14:textId="77777777" w:rsidR="00DE026F" w:rsidRDefault="00BC3E21">
            <w:r>
              <w:t>対応内容</w:t>
            </w:r>
          </w:p>
        </w:tc>
        <w:tc>
          <w:tcPr>
            <w:tcW w:w="1080" w:type="dxa"/>
          </w:tcPr>
          <w:p w14:paraId="71E376BE" w14:textId="77777777" w:rsidR="00DE026F" w:rsidRDefault="00BC3E21">
            <w:r>
              <w:t>再発防止策</w:t>
            </w:r>
          </w:p>
        </w:tc>
        <w:tc>
          <w:tcPr>
            <w:tcW w:w="1080" w:type="dxa"/>
          </w:tcPr>
          <w:p w14:paraId="3E4F4AF0" w14:textId="77777777" w:rsidR="00DE026F" w:rsidRDefault="00BC3E21">
            <w:r>
              <w:t>担当者</w:t>
            </w:r>
          </w:p>
        </w:tc>
      </w:tr>
      <w:tr w:rsidR="00DE026F" w14:paraId="5988A3B7" w14:textId="77777777">
        <w:tc>
          <w:tcPr>
            <w:tcW w:w="1080" w:type="dxa"/>
          </w:tcPr>
          <w:p w14:paraId="66B2E536" w14:textId="77777777" w:rsidR="00DE026F" w:rsidRDefault="00DE026F"/>
        </w:tc>
        <w:tc>
          <w:tcPr>
            <w:tcW w:w="1080" w:type="dxa"/>
          </w:tcPr>
          <w:p w14:paraId="7810485F" w14:textId="77777777" w:rsidR="00DE026F" w:rsidRDefault="00DE026F"/>
        </w:tc>
        <w:tc>
          <w:tcPr>
            <w:tcW w:w="1080" w:type="dxa"/>
          </w:tcPr>
          <w:p w14:paraId="23B549BE" w14:textId="77777777" w:rsidR="00DE026F" w:rsidRDefault="00DE026F"/>
        </w:tc>
        <w:tc>
          <w:tcPr>
            <w:tcW w:w="1080" w:type="dxa"/>
          </w:tcPr>
          <w:p w14:paraId="7CDAC0C8" w14:textId="77777777" w:rsidR="00DE026F" w:rsidRDefault="00DE026F"/>
        </w:tc>
        <w:tc>
          <w:tcPr>
            <w:tcW w:w="1080" w:type="dxa"/>
          </w:tcPr>
          <w:p w14:paraId="6F22B2C9" w14:textId="77777777" w:rsidR="00DE026F" w:rsidRDefault="00DE026F"/>
        </w:tc>
        <w:tc>
          <w:tcPr>
            <w:tcW w:w="1080" w:type="dxa"/>
          </w:tcPr>
          <w:p w14:paraId="2131CC39" w14:textId="77777777" w:rsidR="00DE026F" w:rsidRDefault="00DE026F"/>
        </w:tc>
        <w:tc>
          <w:tcPr>
            <w:tcW w:w="1080" w:type="dxa"/>
          </w:tcPr>
          <w:p w14:paraId="0E745C49" w14:textId="77777777" w:rsidR="00DE026F" w:rsidRDefault="00DE026F"/>
        </w:tc>
        <w:tc>
          <w:tcPr>
            <w:tcW w:w="1080" w:type="dxa"/>
          </w:tcPr>
          <w:p w14:paraId="21050B21" w14:textId="77777777" w:rsidR="00DE026F" w:rsidRDefault="00DE026F"/>
        </w:tc>
      </w:tr>
      <w:tr w:rsidR="00DE026F" w14:paraId="0A444E08" w14:textId="77777777">
        <w:tc>
          <w:tcPr>
            <w:tcW w:w="1080" w:type="dxa"/>
          </w:tcPr>
          <w:p w14:paraId="69FD7C31" w14:textId="77777777" w:rsidR="00DE026F" w:rsidRDefault="00DE026F"/>
        </w:tc>
        <w:tc>
          <w:tcPr>
            <w:tcW w:w="1080" w:type="dxa"/>
          </w:tcPr>
          <w:p w14:paraId="3C926667" w14:textId="77777777" w:rsidR="00DE026F" w:rsidRDefault="00DE026F"/>
        </w:tc>
        <w:tc>
          <w:tcPr>
            <w:tcW w:w="1080" w:type="dxa"/>
          </w:tcPr>
          <w:p w14:paraId="576F47E5" w14:textId="77777777" w:rsidR="00DE026F" w:rsidRDefault="00DE026F"/>
        </w:tc>
        <w:tc>
          <w:tcPr>
            <w:tcW w:w="1080" w:type="dxa"/>
          </w:tcPr>
          <w:p w14:paraId="63260B29" w14:textId="77777777" w:rsidR="00DE026F" w:rsidRDefault="00DE026F"/>
        </w:tc>
        <w:tc>
          <w:tcPr>
            <w:tcW w:w="1080" w:type="dxa"/>
          </w:tcPr>
          <w:p w14:paraId="4586FE1C" w14:textId="77777777" w:rsidR="00DE026F" w:rsidRDefault="00DE026F"/>
        </w:tc>
        <w:tc>
          <w:tcPr>
            <w:tcW w:w="1080" w:type="dxa"/>
          </w:tcPr>
          <w:p w14:paraId="66CF4652" w14:textId="77777777" w:rsidR="00DE026F" w:rsidRDefault="00DE026F"/>
        </w:tc>
        <w:tc>
          <w:tcPr>
            <w:tcW w:w="1080" w:type="dxa"/>
          </w:tcPr>
          <w:p w14:paraId="38C9A2F0" w14:textId="77777777" w:rsidR="00DE026F" w:rsidRDefault="00DE026F"/>
        </w:tc>
        <w:tc>
          <w:tcPr>
            <w:tcW w:w="1080" w:type="dxa"/>
          </w:tcPr>
          <w:p w14:paraId="2A7CA14A" w14:textId="77777777" w:rsidR="00DE026F" w:rsidRDefault="00DE026F"/>
        </w:tc>
      </w:tr>
      <w:tr w:rsidR="00DE026F" w14:paraId="79CC5FA6" w14:textId="77777777">
        <w:tc>
          <w:tcPr>
            <w:tcW w:w="1080" w:type="dxa"/>
          </w:tcPr>
          <w:p w14:paraId="79723A95" w14:textId="77777777" w:rsidR="00DE026F" w:rsidRDefault="00DE026F"/>
        </w:tc>
        <w:tc>
          <w:tcPr>
            <w:tcW w:w="1080" w:type="dxa"/>
          </w:tcPr>
          <w:p w14:paraId="2E3E5061" w14:textId="77777777" w:rsidR="00DE026F" w:rsidRDefault="00DE026F"/>
        </w:tc>
        <w:tc>
          <w:tcPr>
            <w:tcW w:w="1080" w:type="dxa"/>
          </w:tcPr>
          <w:p w14:paraId="279E6298" w14:textId="77777777" w:rsidR="00DE026F" w:rsidRDefault="00DE026F"/>
        </w:tc>
        <w:tc>
          <w:tcPr>
            <w:tcW w:w="1080" w:type="dxa"/>
          </w:tcPr>
          <w:p w14:paraId="02393465" w14:textId="77777777" w:rsidR="00DE026F" w:rsidRDefault="00DE026F"/>
        </w:tc>
        <w:tc>
          <w:tcPr>
            <w:tcW w:w="1080" w:type="dxa"/>
          </w:tcPr>
          <w:p w14:paraId="679BABA1" w14:textId="77777777" w:rsidR="00DE026F" w:rsidRDefault="00DE026F"/>
        </w:tc>
        <w:tc>
          <w:tcPr>
            <w:tcW w:w="1080" w:type="dxa"/>
          </w:tcPr>
          <w:p w14:paraId="5A142E62" w14:textId="77777777" w:rsidR="00DE026F" w:rsidRDefault="00DE026F"/>
        </w:tc>
        <w:tc>
          <w:tcPr>
            <w:tcW w:w="1080" w:type="dxa"/>
          </w:tcPr>
          <w:p w14:paraId="53444FD9" w14:textId="77777777" w:rsidR="00DE026F" w:rsidRDefault="00DE026F"/>
        </w:tc>
        <w:tc>
          <w:tcPr>
            <w:tcW w:w="1080" w:type="dxa"/>
          </w:tcPr>
          <w:p w14:paraId="7EB82766" w14:textId="77777777" w:rsidR="00DE026F" w:rsidRDefault="00DE026F"/>
        </w:tc>
      </w:tr>
    </w:tbl>
    <w:p w14:paraId="307E5D37" w14:textId="77777777" w:rsidR="00DE026F" w:rsidRDefault="00BC3E21">
      <w:pPr>
        <w:pStyle w:val="21"/>
      </w:pPr>
      <w:r>
        <w:t>再発防止策記録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DE026F" w14:paraId="4FC3F605" w14:textId="77777777">
        <w:tc>
          <w:tcPr>
            <w:tcW w:w="1728" w:type="dxa"/>
          </w:tcPr>
          <w:p w14:paraId="7ACACED5" w14:textId="77777777" w:rsidR="00DE026F" w:rsidRDefault="00BC3E21">
            <w:r>
              <w:t>日付</w:t>
            </w:r>
          </w:p>
        </w:tc>
        <w:tc>
          <w:tcPr>
            <w:tcW w:w="1728" w:type="dxa"/>
          </w:tcPr>
          <w:p w14:paraId="516DC900" w14:textId="77777777" w:rsidR="00DE026F" w:rsidRDefault="00BC3E21">
            <w:r>
              <w:t>会議内容</w:t>
            </w:r>
          </w:p>
        </w:tc>
        <w:tc>
          <w:tcPr>
            <w:tcW w:w="1728" w:type="dxa"/>
          </w:tcPr>
          <w:p w14:paraId="7BC4D625" w14:textId="77777777" w:rsidR="00DE026F" w:rsidRDefault="00BC3E21">
            <w:r>
              <w:t>改善策</w:t>
            </w:r>
          </w:p>
        </w:tc>
        <w:tc>
          <w:tcPr>
            <w:tcW w:w="1728" w:type="dxa"/>
          </w:tcPr>
          <w:p w14:paraId="49583EC7" w14:textId="77777777" w:rsidR="00DE026F" w:rsidRDefault="00BC3E21">
            <w:r>
              <w:t>実施状況</w:t>
            </w:r>
          </w:p>
        </w:tc>
        <w:tc>
          <w:tcPr>
            <w:tcW w:w="1728" w:type="dxa"/>
          </w:tcPr>
          <w:p w14:paraId="596D4384" w14:textId="77777777" w:rsidR="00DE026F" w:rsidRDefault="00BC3E21">
            <w:r>
              <w:t>担当者</w:t>
            </w:r>
          </w:p>
        </w:tc>
      </w:tr>
      <w:tr w:rsidR="00DE026F" w14:paraId="6B927E5A" w14:textId="77777777">
        <w:tc>
          <w:tcPr>
            <w:tcW w:w="1728" w:type="dxa"/>
          </w:tcPr>
          <w:p w14:paraId="2BC1FA34" w14:textId="77777777" w:rsidR="00DE026F" w:rsidRDefault="00DE026F"/>
        </w:tc>
        <w:tc>
          <w:tcPr>
            <w:tcW w:w="1728" w:type="dxa"/>
          </w:tcPr>
          <w:p w14:paraId="4BA8754E" w14:textId="77777777" w:rsidR="00DE026F" w:rsidRDefault="00DE026F"/>
        </w:tc>
        <w:tc>
          <w:tcPr>
            <w:tcW w:w="1728" w:type="dxa"/>
          </w:tcPr>
          <w:p w14:paraId="18A91811" w14:textId="77777777" w:rsidR="00DE026F" w:rsidRDefault="00DE026F"/>
        </w:tc>
        <w:tc>
          <w:tcPr>
            <w:tcW w:w="1728" w:type="dxa"/>
          </w:tcPr>
          <w:p w14:paraId="2A0CF8C7" w14:textId="77777777" w:rsidR="00DE026F" w:rsidRDefault="00DE026F"/>
        </w:tc>
        <w:tc>
          <w:tcPr>
            <w:tcW w:w="1728" w:type="dxa"/>
          </w:tcPr>
          <w:p w14:paraId="4EB0B166" w14:textId="77777777" w:rsidR="00DE026F" w:rsidRDefault="00DE026F"/>
        </w:tc>
      </w:tr>
      <w:tr w:rsidR="00DE026F" w14:paraId="1CBCF22A" w14:textId="77777777">
        <w:tc>
          <w:tcPr>
            <w:tcW w:w="1728" w:type="dxa"/>
          </w:tcPr>
          <w:p w14:paraId="6E063CE7" w14:textId="77777777" w:rsidR="00DE026F" w:rsidRDefault="00DE026F"/>
        </w:tc>
        <w:tc>
          <w:tcPr>
            <w:tcW w:w="1728" w:type="dxa"/>
          </w:tcPr>
          <w:p w14:paraId="005B4DA7" w14:textId="77777777" w:rsidR="00DE026F" w:rsidRDefault="00DE026F"/>
        </w:tc>
        <w:tc>
          <w:tcPr>
            <w:tcW w:w="1728" w:type="dxa"/>
          </w:tcPr>
          <w:p w14:paraId="49BEAA27" w14:textId="77777777" w:rsidR="00DE026F" w:rsidRDefault="00DE026F"/>
        </w:tc>
        <w:tc>
          <w:tcPr>
            <w:tcW w:w="1728" w:type="dxa"/>
          </w:tcPr>
          <w:p w14:paraId="329273A3" w14:textId="77777777" w:rsidR="00DE026F" w:rsidRDefault="00DE026F"/>
        </w:tc>
        <w:tc>
          <w:tcPr>
            <w:tcW w:w="1728" w:type="dxa"/>
          </w:tcPr>
          <w:p w14:paraId="376AF16F" w14:textId="77777777" w:rsidR="00DE026F" w:rsidRDefault="00DE026F"/>
        </w:tc>
      </w:tr>
      <w:tr w:rsidR="00DE026F" w14:paraId="32AA9DEE" w14:textId="77777777">
        <w:tc>
          <w:tcPr>
            <w:tcW w:w="1728" w:type="dxa"/>
          </w:tcPr>
          <w:p w14:paraId="17A2E9A3" w14:textId="77777777" w:rsidR="00DE026F" w:rsidRDefault="00DE026F"/>
        </w:tc>
        <w:tc>
          <w:tcPr>
            <w:tcW w:w="1728" w:type="dxa"/>
          </w:tcPr>
          <w:p w14:paraId="5FE9C46A" w14:textId="77777777" w:rsidR="00DE026F" w:rsidRDefault="00DE026F"/>
        </w:tc>
        <w:tc>
          <w:tcPr>
            <w:tcW w:w="1728" w:type="dxa"/>
          </w:tcPr>
          <w:p w14:paraId="26210B2C" w14:textId="77777777" w:rsidR="00DE026F" w:rsidRDefault="00DE026F"/>
        </w:tc>
        <w:tc>
          <w:tcPr>
            <w:tcW w:w="1728" w:type="dxa"/>
          </w:tcPr>
          <w:p w14:paraId="5CB669B4" w14:textId="77777777" w:rsidR="00DE026F" w:rsidRDefault="00DE026F"/>
        </w:tc>
        <w:tc>
          <w:tcPr>
            <w:tcW w:w="1728" w:type="dxa"/>
          </w:tcPr>
          <w:p w14:paraId="5D020C9C" w14:textId="77777777" w:rsidR="00DE026F" w:rsidRDefault="00DE026F"/>
        </w:tc>
      </w:tr>
    </w:tbl>
    <w:p w14:paraId="56798475" w14:textId="77777777" w:rsidR="00DE026F" w:rsidRDefault="00BC3E21">
      <w:r>
        <w:br w:type="page"/>
      </w:r>
    </w:p>
    <w:p w14:paraId="0EDB63E9" w14:textId="77777777" w:rsidR="00DE026F" w:rsidRDefault="00BC3E21">
      <w:pPr>
        <w:pStyle w:val="1"/>
      </w:pPr>
      <w:r>
        <w:lastRenderedPageBreak/>
        <w:t>職員研修マニュアル</w:t>
      </w:r>
    </w:p>
    <w:p w14:paraId="1194883C" w14:textId="77777777" w:rsidR="00DE026F" w:rsidRDefault="00BC3E21">
      <w:r>
        <w:t>【目的】職員の資質向上と法令遵守。</w:t>
      </w:r>
    </w:p>
    <w:p w14:paraId="0A3B2E2E" w14:textId="77777777" w:rsidR="00DE026F" w:rsidRDefault="00BC3E21">
      <w:r>
        <w:t>【内容】年間計画に基づき研修を実施。</w:t>
      </w:r>
    </w:p>
    <w:p w14:paraId="1B676006" w14:textId="77777777" w:rsidR="00DE026F" w:rsidRDefault="00BC3E21">
      <w:pPr>
        <w:pStyle w:val="21"/>
      </w:pPr>
      <w:r>
        <w:t>研修実施報告書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DE026F" w14:paraId="7909147E" w14:textId="77777777">
        <w:tc>
          <w:tcPr>
            <w:tcW w:w="1234" w:type="dxa"/>
          </w:tcPr>
          <w:p w14:paraId="67DB7A54" w14:textId="77777777" w:rsidR="00DE026F" w:rsidRDefault="00BC3E21">
            <w:r>
              <w:t>実施日</w:t>
            </w:r>
          </w:p>
        </w:tc>
        <w:tc>
          <w:tcPr>
            <w:tcW w:w="1234" w:type="dxa"/>
          </w:tcPr>
          <w:p w14:paraId="69F0D289" w14:textId="77777777" w:rsidR="00DE026F" w:rsidRDefault="00BC3E21">
            <w:r>
              <w:t>テーマ</w:t>
            </w:r>
          </w:p>
        </w:tc>
        <w:tc>
          <w:tcPr>
            <w:tcW w:w="1234" w:type="dxa"/>
          </w:tcPr>
          <w:p w14:paraId="56C9D2CC" w14:textId="77777777" w:rsidR="00DE026F" w:rsidRDefault="00BC3E21">
            <w:r>
              <w:t>講師</w:t>
            </w:r>
          </w:p>
        </w:tc>
        <w:tc>
          <w:tcPr>
            <w:tcW w:w="1234" w:type="dxa"/>
          </w:tcPr>
          <w:p w14:paraId="17A8ADB6" w14:textId="77777777" w:rsidR="00DE026F" w:rsidRDefault="00BC3E21">
            <w:r>
              <w:t>参加人数</w:t>
            </w:r>
          </w:p>
        </w:tc>
        <w:tc>
          <w:tcPr>
            <w:tcW w:w="1234" w:type="dxa"/>
          </w:tcPr>
          <w:p w14:paraId="3D1CCB2D" w14:textId="77777777" w:rsidR="00DE026F" w:rsidRDefault="00BC3E21">
            <w:r>
              <w:t>内容</w:t>
            </w:r>
          </w:p>
        </w:tc>
        <w:tc>
          <w:tcPr>
            <w:tcW w:w="1234" w:type="dxa"/>
          </w:tcPr>
          <w:p w14:paraId="14AB4FB2" w14:textId="77777777" w:rsidR="00DE026F" w:rsidRDefault="00BC3E21">
            <w:r>
              <w:t>所要時間</w:t>
            </w:r>
          </w:p>
        </w:tc>
        <w:tc>
          <w:tcPr>
            <w:tcW w:w="1234" w:type="dxa"/>
          </w:tcPr>
          <w:p w14:paraId="0B1D2B0C" w14:textId="77777777" w:rsidR="00DE026F" w:rsidRDefault="00BC3E21">
            <w:r>
              <w:t>担当者</w:t>
            </w:r>
          </w:p>
        </w:tc>
      </w:tr>
      <w:tr w:rsidR="00DE026F" w14:paraId="0E1CBC3A" w14:textId="77777777">
        <w:tc>
          <w:tcPr>
            <w:tcW w:w="1234" w:type="dxa"/>
          </w:tcPr>
          <w:p w14:paraId="6C641B42" w14:textId="77777777" w:rsidR="00DE026F" w:rsidRDefault="00DE026F"/>
        </w:tc>
        <w:tc>
          <w:tcPr>
            <w:tcW w:w="1234" w:type="dxa"/>
          </w:tcPr>
          <w:p w14:paraId="5776ABFC" w14:textId="77777777" w:rsidR="00DE026F" w:rsidRDefault="00DE026F"/>
        </w:tc>
        <w:tc>
          <w:tcPr>
            <w:tcW w:w="1234" w:type="dxa"/>
          </w:tcPr>
          <w:p w14:paraId="7EB0C9DF" w14:textId="77777777" w:rsidR="00DE026F" w:rsidRDefault="00DE026F"/>
        </w:tc>
        <w:tc>
          <w:tcPr>
            <w:tcW w:w="1234" w:type="dxa"/>
          </w:tcPr>
          <w:p w14:paraId="5F3D5C5B" w14:textId="77777777" w:rsidR="00DE026F" w:rsidRDefault="00DE026F"/>
        </w:tc>
        <w:tc>
          <w:tcPr>
            <w:tcW w:w="1234" w:type="dxa"/>
          </w:tcPr>
          <w:p w14:paraId="500D0213" w14:textId="77777777" w:rsidR="00DE026F" w:rsidRDefault="00DE026F"/>
        </w:tc>
        <w:tc>
          <w:tcPr>
            <w:tcW w:w="1234" w:type="dxa"/>
          </w:tcPr>
          <w:p w14:paraId="1E1565C7" w14:textId="77777777" w:rsidR="00DE026F" w:rsidRDefault="00DE026F"/>
        </w:tc>
        <w:tc>
          <w:tcPr>
            <w:tcW w:w="1234" w:type="dxa"/>
          </w:tcPr>
          <w:p w14:paraId="35EE32B9" w14:textId="77777777" w:rsidR="00DE026F" w:rsidRDefault="00DE026F"/>
        </w:tc>
      </w:tr>
      <w:tr w:rsidR="00DE026F" w14:paraId="3F9A6F02" w14:textId="77777777">
        <w:tc>
          <w:tcPr>
            <w:tcW w:w="1234" w:type="dxa"/>
          </w:tcPr>
          <w:p w14:paraId="7F6DA873" w14:textId="77777777" w:rsidR="00DE026F" w:rsidRDefault="00DE026F"/>
        </w:tc>
        <w:tc>
          <w:tcPr>
            <w:tcW w:w="1234" w:type="dxa"/>
          </w:tcPr>
          <w:p w14:paraId="2CE44A80" w14:textId="77777777" w:rsidR="00DE026F" w:rsidRDefault="00DE026F"/>
        </w:tc>
        <w:tc>
          <w:tcPr>
            <w:tcW w:w="1234" w:type="dxa"/>
          </w:tcPr>
          <w:p w14:paraId="4D0ADAC1" w14:textId="77777777" w:rsidR="00DE026F" w:rsidRDefault="00DE026F"/>
        </w:tc>
        <w:tc>
          <w:tcPr>
            <w:tcW w:w="1234" w:type="dxa"/>
          </w:tcPr>
          <w:p w14:paraId="3476F82E" w14:textId="77777777" w:rsidR="00DE026F" w:rsidRDefault="00DE026F"/>
        </w:tc>
        <w:tc>
          <w:tcPr>
            <w:tcW w:w="1234" w:type="dxa"/>
          </w:tcPr>
          <w:p w14:paraId="531BBCEC" w14:textId="77777777" w:rsidR="00DE026F" w:rsidRDefault="00DE026F"/>
        </w:tc>
        <w:tc>
          <w:tcPr>
            <w:tcW w:w="1234" w:type="dxa"/>
          </w:tcPr>
          <w:p w14:paraId="6A2B9D1F" w14:textId="77777777" w:rsidR="00DE026F" w:rsidRDefault="00DE026F"/>
        </w:tc>
        <w:tc>
          <w:tcPr>
            <w:tcW w:w="1234" w:type="dxa"/>
          </w:tcPr>
          <w:p w14:paraId="2637A3FA" w14:textId="77777777" w:rsidR="00DE026F" w:rsidRDefault="00DE026F"/>
        </w:tc>
      </w:tr>
      <w:tr w:rsidR="00DE026F" w14:paraId="220E5A3A" w14:textId="77777777">
        <w:tc>
          <w:tcPr>
            <w:tcW w:w="1234" w:type="dxa"/>
          </w:tcPr>
          <w:p w14:paraId="22A17A9E" w14:textId="77777777" w:rsidR="00DE026F" w:rsidRDefault="00DE026F"/>
        </w:tc>
        <w:tc>
          <w:tcPr>
            <w:tcW w:w="1234" w:type="dxa"/>
          </w:tcPr>
          <w:p w14:paraId="27E9BF8A" w14:textId="77777777" w:rsidR="00DE026F" w:rsidRDefault="00DE026F"/>
        </w:tc>
        <w:tc>
          <w:tcPr>
            <w:tcW w:w="1234" w:type="dxa"/>
          </w:tcPr>
          <w:p w14:paraId="4D65D731" w14:textId="77777777" w:rsidR="00DE026F" w:rsidRDefault="00DE026F"/>
        </w:tc>
        <w:tc>
          <w:tcPr>
            <w:tcW w:w="1234" w:type="dxa"/>
          </w:tcPr>
          <w:p w14:paraId="56FD4645" w14:textId="77777777" w:rsidR="00DE026F" w:rsidRDefault="00DE026F"/>
        </w:tc>
        <w:tc>
          <w:tcPr>
            <w:tcW w:w="1234" w:type="dxa"/>
          </w:tcPr>
          <w:p w14:paraId="4D7DAC3E" w14:textId="77777777" w:rsidR="00DE026F" w:rsidRDefault="00DE026F"/>
        </w:tc>
        <w:tc>
          <w:tcPr>
            <w:tcW w:w="1234" w:type="dxa"/>
          </w:tcPr>
          <w:p w14:paraId="6945A4EE" w14:textId="77777777" w:rsidR="00DE026F" w:rsidRDefault="00DE026F"/>
        </w:tc>
        <w:tc>
          <w:tcPr>
            <w:tcW w:w="1234" w:type="dxa"/>
          </w:tcPr>
          <w:p w14:paraId="2FD53992" w14:textId="77777777" w:rsidR="00DE026F" w:rsidRDefault="00DE026F"/>
        </w:tc>
      </w:tr>
    </w:tbl>
    <w:p w14:paraId="1BA821CA" w14:textId="77777777" w:rsidR="00DE026F" w:rsidRDefault="00BC3E21">
      <w:pPr>
        <w:pStyle w:val="21"/>
      </w:pPr>
      <w:r>
        <w:t>研修参加者名簿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E026F" w14:paraId="339AD895" w14:textId="77777777">
        <w:tc>
          <w:tcPr>
            <w:tcW w:w="2160" w:type="dxa"/>
          </w:tcPr>
          <w:p w14:paraId="1C24F723" w14:textId="77777777" w:rsidR="00DE026F" w:rsidRDefault="00BC3E21">
            <w:r>
              <w:t>氏名</w:t>
            </w:r>
          </w:p>
        </w:tc>
        <w:tc>
          <w:tcPr>
            <w:tcW w:w="2160" w:type="dxa"/>
          </w:tcPr>
          <w:p w14:paraId="5129A865" w14:textId="77777777" w:rsidR="00DE026F" w:rsidRDefault="00BC3E21">
            <w:r>
              <w:t>所属</w:t>
            </w:r>
          </w:p>
        </w:tc>
        <w:tc>
          <w:tcPr>
            <w:tcW w:w="2160" w:type="dxa"/>
          </w:tcPr>
          <w:p w14:paraId="462E0AC0" w14:textId="77777777" w:rsidR="00DE026F" w:rsidRDefault="00BC3E21">
            <w:r>
              <w:t>役職</w:t>
            </w:r>
          </w:p>
        </w:tc>
        <w:tc>
          <w:tcPr>
            <w:tcW w:w="2160" w:type="dxa"/>
          </w:tcPr>
          <w:p w14:paraId="6F5F3C57" w14:textId="77777777" w:rsidR="00DE026F" w:rsidRDefault="00BC3E21">
            <w:r>
              <w:t>署名</w:t>
            </w:r>
          </w:p>
        </w:tc>
      </w:tr>
      <w:tr w:rsidR="00DE026F" w14:paraId="3131952E" w14:textId="77777777">
        <w:tc>
          <w:tcPr>
            <w:tcW w:w="2160" w:type="dxa"/>
          </w:tcPr>
          <w:p w14:paraId="56739316" w14:textId="77777777" w:rsidR="00DE026F" w:rsidRDefault="00DE026F"/>
        </w:tc>
        <w:tc>
          <w:tcPr>
            <w:tcW w:w="2160" w:type="dxa"/>
          </w:tcPr>
          <w:p w14:paraId="2ADE8D5B" w14:textId="77777777" w:rsidR="00DE026F" w:rsidRDefault="00DE026F"/>
        </w:tc>
        <w:tc>
          <w:tcPr>
            <w:tcW w:w="2160" w:type="dxa"/>
          </w:tcPr>
          <w:p w14:paraId="36E1B825" w14:textId="77777777" w:rsidR="00DE026F" w:rsidRDefault="00DE026F"/>
        </w:tc>
        <w:tc>
          <w:tcPr>
            <w:tcW w:w="2160" w:type="dxa"/>
          </w:tcPr>
          <w:p w14:paraId="0C62465A" w14:textId="77777777" w:rsidR="00DE026F" w:rsidRDefault="00DE026F"/>
        </w:tc>
      </w:tr>
      <w:tr w:rsidR="00DE026F" w14:paraId="166C570B" w14:textId="77777777">
        <w:tc>
          <w:tcPr>
            <w:tcW w:w="2160" w:type="dxa"/>
          </w:tcPr>
          <w:p w14:paraId="5634DF2D" w14:textId="77777777" w:rsidR="00DE026F" w:rsidRDefault="00DE026F"/>
        </w:tc>
        <w:tc>
          <w:tcPr>
            <w:tcW w:w="2160" w:type="dxa"/>
          </w:tcPr>
          <w:p w14:paraId="4562968B" w14:textId="77777777" w:rsidR="00DE026F" w:rsidRDefault="00DE026F"/>
        </w:tc>
        <w:tc>
          <w:tcPr>
            <w:tcW w:w="2160" w:type="dxa"/>
          </w:tcPr>
          <w:p w14:paraId="72361A20" w14:textId="77777777" w:rsidR="00DE026F" w:rsidRDefault="00DE026F"/>
        </w:tc>
        <w:tc>
          <w:tcPr>
            <w:tcW w:w="2160" w:type="dxa"/>
          </w:tcPr>
          <w:p w14:paraId="20953058" w14:textId="77777777" w:rsidR="00DE026F" w:rsidRDefault="00DE026F"/>
        </w:tc>
      </w:tr>
      <w:tr w:rsidR="00DE026F" w14:paraId="6995790D" w14:textId="77777777">
        <w:tc>
          <w:tcPr>
            <w:tcW w:w="2160" w:type="dxa"/>
          </w:tcPr>
          <w:p w14:paraId="555407E1" w14:textId="77777777" w:rsidR="00DE026F" w:rsidRDefault="00DE026F"/>
        </w:tc>
        <w:tc>
          <w:tcPr>
            <w:tcW w:w="2160" w:type="dxa"/>
          </w:tcPr>
          <w:p w14:paraId="13BF1623" w14:textId="77777777" w:rsidR="00DE026F" w:rsidRDefault="00DE026F"/>
        </w:tc>
        <w:tc>
          <w:tcPr>
            <w:tcW w:w="2160" w:type="dxa"/>
          </w:tcPr>
          <w:p w14:paraId="24C0F690" w14:textId="77777777" w:rsidR="00DE026F" w:rsidRDefault="00DE026F"/>
        </w:tc>
        <w:tc>
          <w:tcPr>
            <w:tcW w:w="2160" w:type="dxa"/>
          </w:tcPr>
          <w:p w14:paraId="19BFAE7C" w14:textId="77777777" w:rsidR="00DE026F" w:rsidRDefault="00DE026F"/>
        </w:tc>
      </w:tr>
    </w:tbl>
    <w:p w14:paraId="2651D5CB" w14:textId="77777777" w:rsidR="00DE026F" w:rsidRDefault="00BC3E21">
      <w:r>
        <w:br w:type="page"/>
      </w:r>
    </w:p>
    <w:p w14:paraId="2C83A011" w14:textId="77777777" w:rsidR="00DE026F" w:rsidRDefault="00BC3E21">
      <w:pPr>
        <w:pStyle w:val="1"/>
      </w:pPr>
      <w:r>
        <w:lastRenderedPageBreak/>
        <w:t>労務安全マニュアル</w:t>
      </w:r>
    </w:p>
    <w:p w14:paraId="50A0856A" w14:textId="77777777" w:rsidR="00DE026F" w:rsidRDefault="00BC3E21">
      <w:r>
        <w:t>【目的】職員の安全と健康保持。</w:t>
      </w:r>
    </w:p>
    <w:p w14:paraId="392B1A29" w14:textId="77777777" w:rsidR="00DE026F" w:rsidRDefault="00BC3E21">
      <w:r>
        <w:t>【内容】腰痛予防・メンタルヘルス・ハラスメント防止。</w:t>
      </w:r>
    </w:p>
    <w:p w14:paraId="45976AE4" w14:textId="77777777" w:rsidR="00DE026F" w:rsidRDefault="00BC3E21">
      <w:pPr>
        <w:pStyle w:val="21"/>
      </w:pPr>
      <w:r>
        <w:t>労働災害報告書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DE026F" w14:paraId="6C43C8F2" w14:textId="77777777">
        <w:tc>
          <w:tcPr>
            <w:tcW w:w="1234" w:type="dxa"/>
          </w:tcPr>
          <w:p w14:paraId="5CEC780E" w14:textId="77777777" w:rsidR="00DE026F" w:rsidRDefault="00BC3E21">
            <w:r>
              <w:t>発生日</w:t>
            </w:r>
          </w:p>
        </w:tc>
        <w:tc>
          <w:tcPr>
            <w:tcW w:w="1234" w:type="dxa"/>
          </w:tcPr>
          <w:p w14:paraId="76C69902" w14:textId="77777777" w:rsidR="00DE026F" w:rsidRDefault="00BC3E21">
            <w:r>
              <w:t>発生場所</w:t>
            </w:r>
          </w:p>
        </w:tc>
        <w:tc>
          <w:tcPr>
            <w:tcW w:w="1234" w:type="dxa"/>
          </w:tcPr>
          <w:p w14:paraId="3BE8DF75" w14:textId="77777777" w:rsidR="00DE026F" w:rsidRDefault="00BC3E21">
            <w:r>
              <w:t>災害状況</w:t>
            </w:r>
          </w:p>
        </w:tc>
        <w:tc>
          <w:tcPr>
            <w:tcW w:w="1234" w:type="dxa"/>
          </w:tcPr>
          <w:p w14:paraId="6FD15D8C" w14:textId="77777777" w:rsidR="00DE026F" w:rsidRDefault="00BC3E21">
            <w:r>
              <w:t>負傷者数</w:t>
            </w:r>
          </w:p>
        </w:tc>
        <w:tc>
          <w:tcPr>
            <w:tcW w:w="1234" w:type="dxa"/>
          </w:tcPr>
          <w:p w14:paraId="4DFEC017" w14:textId="77777777" w:rsidR="00DE026F" w:rsidRDefault="00BC3E21">
            <w:r>
              <w:t>応急処置</w:t>
            </w:r>
          </w:p>
        </w:tc>
        <w:tc>
          <w:tcPr>
            <w:tcW w:w="1234" w:type="dxa"/>
          </w:tcPr>
          <w:p w14:paraId="411C127D" w14:textId="77777777" w:rsidR="00DE026F" w:rsidRDefault="00BC3E21">
            <w:r>
              <w:t>労基署報告</w:t>
            </w:r>
          </w:p>
        </w:tc>
        <w:tc>
          <w:tcPr>
            <w:tcW w:w="1234" w:type="dxa"/>
          </w:tcPr>
          <w:p w14:paraId="6CFE20F8" w14:textId="77777777" w:rsidR="00DE026F" w:rsidRDefault="00BC3E21">
            <w:r>
              <w:t>担当者</w:t>
            </w:r>
          </w:p>
        </w:tc>
      </w:tr>
      <w:tr w:rsidR="00DE026F" w14:paraId="17CBA5D9" w14:textId="77777777">
        <w:tc>
          <w:tcPr>
            <w:tcW w:w="1234" w:type="dxa"/>
          </w:tcPr>
          <w:p w14:paraId="7F80D9AE" w14:textId="77777777" w:rsidR="00DE026F" w:rsidRDefault="00DE026F"/>
        </w:tc>
        <w:tc>
          <w:tcPr>
            <w:tcW w:w="1234" w:type="dxa"/>
          </w:tcPr>
          <w:p w14:paraId="0D2BEC76" w14:textId="77777777" w:rsidR="00DE026F" w:rsidRDefault="00DE026F"/>
        </w:tc>
        <w:tc>
          <w:tcPr>
            <w:tcW w:w="1234" w:type="dxa"/>
          </w:tcPr>
          <w:p w14:paraId="691B3545" w14:textId="77777777" w:rsidR="00DE026F" w:rsidRDefault="00DE026F"/>
        </w:tc>
        <w:tc>
          <w:tcPr>
            <w:tcW w:w="1234" w:type="dxa"/>
          </w:tcPr>
          <w:p w14:paraId="53D78011" w14:textId="77777777" w:rsidR="00DE026F" w:rsidRDefault="00DE026F"/>
        </w:tc>
        <w:tc>
          <w:tcPr>
            <w:tcW w:w="1234" w:type="dxa"/>
          </w:tcPr>
          <w:p w14:paraId="0D58EA84" w14:textId="77777777" w:rsidR="00DE026F" w:rsidRDefault="00DE026F"/>
        </w:tc>
        <w:tc>
          <w:tcPr>
            <w:tcW w:w="1234" w:type="dxa"/>
          </w:tcPr>
          <w:p w14:paraId="2729715E" w14:textId="77777777" w:rsidR="00DE026F" w:rsidRDefault="00DE026F"/>
        </w:tc>
        <w:tc>
          <w:tcPr>
            <w:tcW w:w="1234" w:type="dxa"/>
          </w:tcPr>
          <w:p w14:paraId="7BEEEB73" w14:textId="77777777" w:rsidR="00DE026F" w:rsidRDefault="00DE026F"/>
        </w:tc>
      </w:tr>
      <w:tr w:rsidR="00DE026F" w14:paraId="5388B2C7" w14:textId="77777777">
        <w:tc>
          <w:tcPr>
            <w:tcW w:w="1234" w:type="dxa"/>
          </w:tcPr>
          <w:p w14:paraId="7AA62E1A" w14:textId="77777777" w:rsidR="00DE026F" w:rsidRDefault="00DE026F"/>
        </w:tc>
        <w:tc>
          <w:tcPr>
            <w:tcW w:w="1234" w:type="dxa"/>
          </w:tcPr>
          <w:p w14:paraId="54438518" w14:textId="77777777" w:rsidR="00DE026F" w:rsidRDefault="00DE026F"/>
        </w:tc>
        <w:tc>
          <w:tcPr>
            <w:tcW w:w="1234" w:type="dxa"/>
          </w:tcPr>
          <w:p w14:paraId="3D55C80E" w14:textId="77777777" w:rsidR="00DE026F" w:rsidRDefault="00DE026F"/>
        </w:tc>
        <w:tc>
          <w:tcPr>
            <w:tcW w:w="1234" w:type="dxa"/>
          </w:tcPr>
          <w:p w14:paraId="1EE88EDD" w14:textId="77777777" w:rsidR="00DE026F" w:rsidRDefault="00DE026F"/>
        </w:tc>
        <w:tc>
          <w:tcPr>
            <w:tcW w:w="1234" w:type="dxa"/>
          </w:tcPr>
          <w:p w14:paraId="5ABD7C97" w14:textId="77777777" w:rsidR="00DE026F" w:rsidRDefault="00DE026F"/>
        </w:tc>
        <w:tc>
          <w:tcPr>
            <w:tcW w:w="1234" w:type="dxa"/>
          </w:tcPr>
          <w:p w14:paraId="3261918F" w14:textId="77777777" w:rsidR="00DE026F" w:rsidRDefault="00DE026F"/>
        </w:tc>
        <w:tc>
          <w:tcPr>
            <w:tcW w:w="1234" w:type="dxa"/>
          </w:tcPr>
          <w:p w14:paraId="6419F995" w14:textId="77777777" w:rsidR="00DE026F" w:rsidRDefault="00DE026F"/>
        </w:tc>
      </w:tr>
      <w:tr w:rsidR="00DE026F" w14:paraId="0543E9BD" w14:textId="77777777">
        <w:tc>
          <w:tcPr>
            <w:tcW w:w="1234" w:type="dxa"/>
          </w:tcPr>
          <w:p w14:paraId="3E3F5A7A" w14:textId="77777777" w:rsidR="00DE026F" w:rsidRDefault="00DE026F"/>
        </w:tc>
        <w:tc>
          <w:tcPr>
            <w:tcW w:w="1234" w:type="dxa"/>
          </w:tcPr>
          <w:p w14:paraId="1F7EE086" w14:textId="77777777" w:rsidR="00DE026F" w:rsidRDefault="00DE026F"/>
        </w:tc>
        <w:tc>
          <w:tcPr>
            <w:tcW w:w="1234" w:type="dxa"/>
          </w:tcPr>
          <w:p w14:paraId="6178453A" w14:textId="77777777" w:rsidR="00DE026F" w:rsidRDefault="00DE026F"/>
        </w:tc>
        <w:tc>
          <w:tcPr>
            <w:tcW w:w="1234" w:type="dxa"/>
          </w:tcPr>
          <w:p w14:paraId="5E04A606" w14:textId="77777777" w:rsidR="00DE026F" w:rsidRDefault="00DE026F"/>
        </w:tc>
        <w:tc>
          <w:tcPr>
            <w:tcW w:w="1234" w:type="dxa"/>
          </w:tcPr>
          <w:p w14:paraId="736219DB" w14:textId="77777777" w:rsidR="00DE026F" w:rsidRDefault="00DE026F"/>
        </w:tc>
        <w:tc>
          <w:tcPr>
            <w:tcW w:w="1234" w:type="dxa"/>
          </w:tcPr>
          <w:p w14:paraId="1586D30F" w14:textId="77777777" w:rsidR="00DE026F" w:rsidRDefault="00DE026F"/>
        </w:tc>
        <w:tc>
          <w:tcPr>
            <w:tcW w:w="1234" w:type="dxa"/>
          </w:tcPr>
          <w:p w14:paraId="705B9A86" w14:textId="77777777" w:rsidR="00DE026F" w:rsidRDefault="00DE026F"/>
        </w:tc>
      </w:tr>
    </w:tbl>
    <w:p w14:paraId="196AB03C" w14:textId="77777777" w:rsidR="00DE026F" w:rsidRDefault="00BC3E21">
      <w:pPr>
        <w:pStyle w:val="21"/>
      </w:pPr>
      <w:r>
        <w:t>安全点検表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DE026F" w14:paraId="7729F30B" w14:textId="77777777">
        <w:tc>
          <w:tcPr>
            <w:tcW w:w="1440" w:type="dxa"/>
          </w:tcPr>
          <w:p w14:paraId="2CF7A698" w14:textId="77777777" w:rsidR="00DE026F" w:rsidRDefault="00BC3E21">
            <w:r>
              <w:t>点検日</w:t>
            </w:r>
          </w:p>
        </w:tc>
        <w:tc>
          <w:tcPr>
            <w:tcW w:w="1440" w:type="dxa"/>
          </w:tcPr>
          <w:p w14:paraId="33BEE2EC" w14:textId="77777777" w:rsidR="00DE026F" w:rsidRDefault="00BC3E21">
            <w:r>
              <w:t>点検箇所</w:t>
            </w:r>
          </w:p>
        </w:tc>
        <w:tc>
          <w:tcPr>
            <w:tcW w:w="1440" w:type="dxa"/>
          </w:tcPr>
          <w:p w14:paraId="3D143913" w14:textId="77777777" w:rsidR="00DE026F" w:rsidRDefault="00BC3E21">
            <w:r>
              <w:t>点検内容</w:t>
            </w:r>
          </w:p>
        </w:tc>
        <w:tc>
          <w:tcPr>
            <w:tcW w:w="1440" w:type="dxa"/>
          </w:tcPr>
          <w:p w14:paraId="4BDE505D" w14:textId="77777777" w:rsidR="00DE026F" w:rsidRDefault="00BC3E21">
            <w:r>
              <w:t>不備事項</w:t>
            </w:r>
          </w:p>
        </w:tc>
        <w:tc>
          <w:tcPr>
            <w:tcW w:w="1440" w:type="dxa"/>
          </w:tcPr>
          <w:p w14:paraId="2ABDDE0C" w14:textId="77777777" w:rsidR="00DE026F" w:rsidRDefault="00BC3E21">
            <w:r>
              <w:t>対応内容</w:t>
            </w:r>
          </w:p>
        </w:tc>
        <w:tc>
          <w:tcPr>
            <w:tcW w:w="1440" w:type="dxa"/>
          </w:tcPr>
          <w:p w14:paraId="50FC392A" w14:textId="77777777" w:rsidR="00DE026F" w:rsidRDefault="00BC3E21">
            <w:r>
              <w:t>担当者</w:t>
            </w:r>
          </w:p>
        </w:tc>
      </w:tr>
      <w:tr w:rsidR="00DE026F" w14:paraId="0A955AE8" w14:textId="77777777">
        <w:tc>
          <w:tcPr>
            <w:tcW w:w="1440" w:type="dxa"/>
          </w:tcPr>
          <w:p w14:paraId="1F5DF7B1" w14:textId="77777777" w:rsidR="00DE026F" w:rsidRDefault="00DE026F"/>
        </w:tc>
        <w:tc>
          <w:tcPr>
            <w:tcW w:w="1440" w:type="dxa"/>
          </w:tcPr>
          <w:p w14:paraId="72F3FD2A" w14:textId="77777777" w:rsidR="00DE026F" w:rsidRDefault="00DE026F"/>
        </w:tc>
        <w:tc>
          <w:tcPr>
            <w:tcW w:w="1440" w:type="dxa"/>
          </w:tcPr>
          <w:p w14:paraId="1544397C" w14:textId="77777777" w:rsidR="00DE026F" w:rsidRDefault="00DE026F"/>
        </w:tc>
        <w:tc>
          <w:tcPr>
            <w:tcW w:w="1440" w:type="dxa"/>
          </w:tcPr>
          <w:p w14:paraId="755DFC05" w14:textId="77777777" w:rsidR="00DE026F" w:rsidRDefault="00DE026F"/>
        </w:tc>
        <w:tc>
          <w:tcPr>
            <w:tcW w:w="1440" w:type="dxa"/>
          </w:tcPr>
          <w:p w14:paraId="319A51F0" w14:textId="77777777" w:rsidR="00DE026F" w:rsidRDefault="00DE026F"/>
        </w:tc>
        <w:tc>
          <w:tcPr>
            <w:tcW w:w="1440" w:type="dxa"/>
          </w:tcPr>
          <w:p w14:paraId="0846436D" w14:textId="77777777" w:rsidR="00DE026F" w:rsidRDefault="00DE026F"/>
        </w:tc>
      </w:tr>
      <w:tr w:rsidR="00DE026F" w14:paraId="06AA2435" w14:textId="77777777">
        <w:tc>
          <w:tcPr>
            <w:tcW w:w="1440" w:type="dxa"/>
          </w:tcPr>
          <w:p w14:paraId="1ECD3380" w14:textId="77777777" w:rsidR="00DE026F" w:rsidRDefault="00DE026F"/>
        </w:tc>
        <w:tc>
          <w:tcPr>
            <w:tcW w:w="1440" w:type="dxa"/>
          </w:tcPr>
          <w:p w14:paraId="413D7856" w14:textId="77777777" w:rsidR="00DE026F" w:rsidRDefault="00DE026F"/>
        </w:tc>
        <w:tc>
          <w:tcPr>
            <w:tcW w:w="1440" w:type="dxa"/>
          </w:tcPr>
          <w:p w14:paraId="6E3E55FA" w14:textId="77777777" w:rsidR="00DE026F" w:rsidRDefault="00DE026F"/>
        </w:tc>
        <w:tc>
          <w:tcPr>
            <w:tcW w:w="1440" w:type="dxa"/>
          </w:tcPr>
          <w:p w14:paraId="687556BF" w14:textId="77777777" w:rsidR="00DE026F" w:rsidRDefault="00DE026F"/>
        </w:tc>
        <w:tc>
          <w:tcPr>
            <w:tcW w:w="1440" w:type="dxa"/>
          </w:tcPr>
          <w:p w14:paraId="788DD232" w14:textId="77777777" w:rsidR="00DE026F" w:rsidRDefault="00DE026F"/>
        </w:tc>
        <w:tc>
          <w:tcPr>
            <w:tcW w:w="1440" w:type="dxa"/>
          </w:tcPr>
          <w:p w14:paraId="73C5CF2F" w14:textId="77777777" w:rsidR="00DE026F" w:rsidRDefault="00DE026F"/>
        </w:tc>
      </w:tr>
      <w:tr w:rsidR="00DE026F" w14:paraId="6364E125" w14:textId="77777777">
        <w:tc>
          <w:tcPr>
            <w:tcW w:w="1440" w:type="dxa"/>
          </w:tcPr>
          <w:p w14:paraId="483BA88C" w14:textId="77777777" w:rsidR="00DE026F" w:rsidRDefault="00DE026F"/>
        </w:tc>
        <w:tc>
          <w:tcPr>
            <w:tcW w:w="1440" w:type="dxa"/>
          </w:tcPr>
          <w:p w14:paraId="33BDCB8A" w14:textId="77777777" w:rsidR="00DE026F" w:rsidRDefault="00DE026F"/>
        </w:tc>
        <w:tc>
          <w:tcPr>
            <w:tcW w:w="1440" w:type="dxa"/>
          </w:tcPr>
          <w:p w14:paraId="13364E51" w14:textId="77777777" w:rsidR="00DE026F" w:rsidRDefault="00DE026F"/>
        </w:tc>
        <w:tc>
          <w:tcPr>
            <w:tcW w:w="1440" w:type="dxa"/>
          </w:tcPr>
          <w:p w14:paraId="25674375" w14:textId="77777777" w:rsidR="00DE026F" w:rsidRDefault="00DE026F"/>
        </w:tc>
        <w:tc>
          <w:tcPr>
            <w:tcW w:w="1440" w:type="dxa"/>
          </w:tcPr>
          <w:p w14:paraId="0593A4AB" w14:textId="77777777" w:rsidR="00DE026F" w:rsidRDefault="00DE026F"/>
        </w:tc>
        <w:tc>
          <w:tcPr>
            <w:tcW w:w="1440" w:type="dxa"/>
          </w:tcPr>
          <w:p w14:paraId="0C20DA57" w14:textId="77777777" w:rsidR="00DE026F" w:rsidRDefault="00DE026F"/>
        </w:tc>
      </w:tr>
    </w:tbl>
    <w:p w14:paraId="301E225B" w14:textId="77777777" w:rsidR="00BC3E21" w:rsidRDefault="00BC3E21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54701017">
    <w:abstractNumId w:val="8"/>
  </w:num>
  <w:num w:numId="2" w16cid:durableId="1712802096">
    <w:abstractNumId w:val="6"/>
  </w:num>
  <w:num w:numId="3" w16cid:durableId="644972055">
    <w:abstractNumId w:val="5"/>
  </w:num>
  <w:num w:numId="4" w16cid:durableId="274678294">
    <w:abstractNumId w:val="4"/>
  </w:num>
  <w:num w:numId="5" w16cid:durableId="754321308">
    <w:abstractNumId w:val="7"/>
  </w:num>
  <w:num w:numId="6" w16cid:durableId="1691371729">
    <w:abstractNumId w:val="3"/>
  </w:num>
  <w:num w:numId="7" w16cid:durableId="590551306">
    <w:abstractNumId w:val="2"/>
  </w:num>
  <w:num w:numId="8" w16cid:durableId="148834455">
    <w:abstractNumId w:val="1"/>
  </w:num>
  <w:num w:numId="9" w16cid:durableId="101346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15CB"/>
    <w:rsid w:val="0029639D"/>
    <w:rsid w:val="00326F90"/>
    <w:rsid w:val="00AA1D8D"/>
    <w:rsid w:val="00B47730"/>
    <w:rsid w:val="00BC3E21"/>
    <w:rsid w:val="00CB0664"/>
    <w:rsid w:val="00DE026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5A1AD9"/>
  <w14:defaultImageDpi w14:val="300"/>
  <w15:docId w15:val="{6507E549-55E4-4654-9075-5564EDD1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masaofficer</cp:lastModifiedBy>
  <cp:revision>2</cp:revision>
  <cp:lastPrinted>2025-08-20T07:24:00Z</cp:lastPrinted>
  <dcterms:created xsi:type="dcterms:W3CDTF">2025-08-20T07:29:00Z</dcterms:created>
  <dcterms:modified xsi:type="dcterms:W3CDTF">2025-08-20T07:29:00Z</dcterms:modified>
  <cp:category/>
</cp:coreProperties>
</file>